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ptos" w:hAnsi="Aptos" w:eastAsia="Noto Sans CJK SC"/>
          <w:b/>
          <w:color w:val="1C1C28"/>
          <w:sz w:val="33"/>
        </w:rPr>
        <w:t>CHINA BUSINESS (M) VISA INVITATION LETTER</w:t>
      </w:r>
    </w:p>
    <w:p>
      <w:pPr>
        <w:spacing w:after="40"/>
        <w:jc w:val="center"/>
      </w:pPr>
      <w:r>
        <w:rPr>
          <w:rFonts w:ascii="Aptos" w:hAnsi="Aptos" w:eastAsia="Noto Sans CJK SC"/>
          <w:b/>
          <w:color w:val="B31B1C"/>
          <w:sz w:val="19"/>
        </w:rPr>
        <w:t>中国商务（M）签证邀请函</w:t>
      </w:r>
    </w:p>
    <w:p>
      <w:pPr>
        <w:spacing w:after="100"/>
        <w:jc w:val="center"/>
      </w:pPr>
      <w:r>
        <w:rPr>
          <w:rFonts w:ascii="Aptos" w:hAnsi="Aptos" w:eastAsia="Noto Sans CJK SC"/>
          <w:b w:val="0"/>
          <w:color w:val="6E6E78"/>
          <w:sz w:val="14"/>
        </w:rPr>
        <w:t>ChinaVisaMail template • built around current published U.S. M-visa invitation content requirements</w:t>
      </w:r>
    </w:p>
    <w:tbl>
      <w:tblPr>
        <w:tblW w:type="auto" w:w="0"/>
        <w:jc w:val="center"/>
        <w:tblLook w:firstColumn="1" w:firstRow="1" w:lastColumn="0" w:lastRow="0" w:noHBand="0" w:noVBand="1" w:val="04A0"/>
      </w:tblPr>
      <w:tblGrid>
        <w:gridCol w:w="10656"/>
      </w:tblGrid>
      <w:tr>
        <w:tc>
          <w:tcPr>
            <w:tcW w:type="dxa" w:w="10656"/>
            <w:shd w:fill="FFF6E5"/>
            <w:tcMar>
              <w:top w:w="75" w:type="dxa"/>
              <w:start w:w="110" w:type="dxa"/>
              <w:bottom w:w="75" w:type="dxa"/>
              <w:end w:w="110" w:type="dxa"/>
            </w:tcMar>
            <w:tcBorders>
              <w:top w:val="single" w:sz="7" w:color="D8B35E"/>
              <w:bottom w:val="single" w:sz="7" w:color="D8B35E"/>
              <w:left w:val="single" w:sz="7" w:color="D8B35E"/>
              <w:right w:val="single" w:sz="7" w:color="D8B35E"/>
            </w:tcBorders>
          </w:tcPr>
          <w:p>
            <w:pPr>
              <w:spacing w:after="20"/>
            </w:pPr>
            <w:r>
              <w:rPr>
                <w:rFonts w:ascii="Aptos" w:hAnsi="Aptos" w:eastAsia="Noto Sans CJK SC"/>
                <w:b/>
                <w:color w:val="91550A"/>
                <w:sz w:val="16"/>
              </w:rPr>
              <w:t>RUSH CHECK: INVITING ORGANIZATION NAME MUST MATCH COVA</w:t>
            </w:r>
          </w:p>
          <w:p>
            <w:pPr>
              <w:spacing w:after="0"/>
            </w:pPr>
            <w:r>
              <w:rPr>
                <w:rFonts w:ascii="Aptos" w:hAnsi="Aptos" w:eastAsia="Noto Sans CJK SC"/>
                <w:b w:val="0"/>
                <w:color w:val="4B412D"/>
                <w:sz w:val="15"/>
              </w:rPr>
              <w:t>Use the actual Chinese company/entity as the Inviting Organization. Keep the company separate from the individual contact person or signer. Do not substitute a salesperson or employee for the company name.</w:t>
            </w:r>
          </w:p>
        </w:tc>
      </w:tr>
    </w:tbl>
    <w:tbl>
      <w:tblPr>
        <w:tblW w:type="auto" w:w="0"/>
        <w:jc w:val="center"/>
        <w:tblLook w:firstColumn="1" w:firstRow="1" w:lastColumn="0" w:lastRow="0" w:noHBand="0" w:noVBand="1" w:val="04A0"/>
      </w:tblPr>
      <w:tblGrid>
        <w:gridCol w:w="5328"/>
        <w:gridCol w:w="5328"/>
      </w:tblGrid>
      <w:tr>
        <w:tc>
          <w:tcPr>
            <w:tcW w:type="dxa" w:w="5328"/>
            <w:tcMar>
              <w:top w:w="45" w:type="dxa"/>
              <w:start w:w="80" w:type="dxa"/>
              <w:bottom w:w="45" w:type="dxa"/>
              <w:end w:w="80" w:type="dxa"/>
            </w:tcMar>
            <w:tcBorders>
              <w:bottom w:val="single" w:sz="5" w:color="D9D9DE"/>
            </w:tcBorders>
          </w:tcPr>
          <w:p>
            <w:pPr>
              <w:spacing w:after="0"/>
            </w:pPr>
            <w:r>
              <w:rPr>
                <w:rFonts w:ascii="Aptos" w:hAnsi="Aptos" w:eastAsia="Noto Sans CJK SC"/>
                <w:b/>
                <w:color w:val="1C1C28"/>
                <w:sz w:val="17"/>
              </w:rPr>
              <w:t>Date</w:t>
            </w:r>
          </w:p>
          <w:p>
            <w:pPr>
              <w:spacing w:after="0"/>
            </w:pPr>
            <w:r>
              <w:rPr>
                <w:rFonts w:ascii="Aptos" w:hAnsi="Aptos" w:eastAsia="Noto Sans CJK SC"/>
                <w:b w:val="0"/>
                <w:color w:val="696973"/>
                <w:sz w:val="14"/>
              </w:rPr>
              <w:t>日期</w:t>
            </w:r>
          </w:p>
          <w:p>
            <w:pPr>
              <w:spacing w:after="0"/>
            </w:pPr>
            <w:r>
              <w:rPr>
                <w:rFonts w:ascii="Aptos" w:hAnsi="Aptos" w:eastAsia="Noto Sans CJK SC"/>
                <w:b w:val="0"/>
                <w:color w:val="64646E"/>
                <w:sz w:val="16"/>
              </w:rPr>
              <w:t>[ENTER HERE]</w:t>
            </w:r>
          </w:p>
        </w:tc>
        <w:tc>
          <w:tcPr>
            <w:tcW w:type="dxa" w:w="5328"/>
            <w:tcMar>
              <w:top w:w="45" w:type="dxa"/>
              <w:start w:w="80" w:type="dxa"/>
              <w:bottom w:w="45" w:type="dxa"/>
              <w:end w:w="80" w:type="dxa"/>
            </w:tcMar>
            <w:tcBorders>
              <w:bottom w:val="single" w:sz="5" w:color="D9D9DE"/>
            </w:tcBorders>
          </w:tcPr>
          <w:p>
            <w:pPr>
              <w:spacing w:after="0"/>
            </w:pPr>
            <w:r>
              <w:rPr>
                <w:rFonts w:ascii="Aptos" w:hAnsi="Aptos" w:eastAsia="Noto Sans CJK SC"/>
                <w:b/>
                <w:color w:val="1C1C28"/>
                <w:sz w:val="17"/>
              </w:rPr>
              <w:t>Visa Office</w:t>
            </w:r>
          </w:p>
          <w:p>
            <w:pPr>
              <w:spacing w:after="0"/>
            </w:pPr>
            <w:r>
              <w:rPr>
                <w:rFonts w:ascii="Aptos" w:hAnsi="Aptos" w:eastAsia="Noto Sans CJK SC"/>
                <w:b w:val="0"/>
                <w:color w:val="696973"/>
                <w:sz w:val="14"/>
              </w:rPr>
              <w:t>签证受理机构</w:t>
            </w:r>
          </w:p>
          <w:p>
            <w:pPr>
              <w:spacing w:after="0"/>
            </w:pPr>
            <w:r>
              <w:rPr>
                <w:rFonts w:ascii="Aptos" w:hAnsi="Aptos" w:eastAsia="Noto Sans CJK SC"/>
                <w:b w:val="0"/>
                <w:color w:val="64646E"/>
                <w:sz w:val="16"/>
              </w:rPr>
              <w:t>☐ Washington D.C.   ☐ San Francisco   ☐ Los Angeles</w:t>
            </w:r>
          </w:p>
        </w:tc>
      </w:tr>
      <w:tr>
        <w:tc>
          <w:tcPr>
            <w:tcW w:type="dxa" w:w="5328"/>
            <w:tcMar>
              <w:top w:w="45" w:type="dxa"/>
              <w:start w:w="80" w:type="dxa"/>
              <w:bottom w:w="45" w:type="dxa"/>
              <w:end w:w="80" w:type="dxa"/>
            </w:tcMar>
            <w:tcBorders>
              <w:bottom w:val="single" w:sz="5" w:color="D9D9DE"/>
            </w:tcBorders>
          </w:tcPr>
          <w:p>
            <w:pPr>
              <w:spacing w:after="0"/>
            </w:pPr>
            <w:r>
              <w:rPr>
                <w:rFonts w:ascii="Aptos" w:hAnsi="Aptos" w:eastAsia="Noto Sans CJK SC"/>
                <w:b/>
                <w:color w:val="1C1C28"/>
                <w:sz w:val="17"/>
              </w:rPr>
              <w:t>Applicant Full Name</w:t>
            </w:r>
            <w:r>
              <w:rPr>
                <w:rFonts w:ascii="Aptos" w:hAnsi="Aptos" w:eastAsia="Noto Sans CJK SC"/>
                <w:b/>
                <w:color w:val="B31B1C"/>
                <w:sz w:val="13"/>
              </w:rPr>
              <w:t xml:space="preserve">  MATCH PASSPORT</w:t>
            </w:r>
          </w:p>
          <w:p>
            <w:pPr>
              <w:spacing w:after="0"/>
            </w:pPr>
            <w:r>
              <w:rPr>
                <w:rFonts w:ascii="Aptos" w:hAnsi="Aptos" w:eastAsia="Noto Sans CJK SC"/>
                <w:b w:val="0"/>
                <w:color w:val="696973"/>
                <w:sz w:val="14"/>
              </w:rPr>
              <w:t>申请人姓名</w:t>
            </w:r>
          </w:p>
          <w:p>
            <w:pPr>
              <w:spacing w:after="0"/>
            </w:pPr>
            <w:r>
              <w:rPr>
                <w:rFonts w:ascii="Aptos" w:hAnsi="Aptos" w:eastAsia="Noto Sans CJK SC"/>
                <w:b w:val="0"/>
                <w:color w:val="64646E"/>
                <w:sz w:val="16"/>
              </w:rPr>
              <w:t>[ENTER HERE]</w:t>
            </w:r>
          </w:p>
        </w:tc>
        <w:tc>
          <w:tcPr>
            <w:tcW w:type="dxa" w:w="5328"/>
            <w:tcMar>
              <w:top w:w="45" w:type="dxa"/>
              <w:start w:w="80" w:type="dxa"/>
              <w:bottom w:w="45" w:type="dxa"/>
              <w:end w:w="80" w:type="dxa"/>
            </w:tcMar>
            <w:tcBorders>
              <w:bottom w:val="single" w:sz="5" w:color="D9D9DE"/>
            </w:tcBorders>
          </w:tcPr>
          <w:p>
            <w:pPr>
              <w:spacing w:after="0"/>
            </w:pPr>
            <w:r>
              <w:rPr>
                <w:rFonts w:ascii="Aptos" w:hAnsi="Aptos" w:eastAsia="Noto Sans CJK SC"/>
                <w:b/>
                <w:color w:val="1C1C28"/>
                <w:sz w:val="17"/>
              </w:rPr>
              <w:t>Subject</w:t>
            </w:r>
          </w:p>
          <w:p>
            <w:pPr>
              <w:spacing w:after="0"/>
            </w:pPr>
            <w:r>
              <w:rPr>
                <w:rFonts w:ascii="Aptos" w:hAnsi="Aptos" w:eastAsia="Noto Sans CJK SC"/>
                <w:b w:val="0"/>
                <w:color w:val="696973"/>
                <w:sz w:val="14"/>
              </w:rPr>
              <w:t>主题</w:t>
            </w:r>
          </w:p>
          <w:p>
            <w:pPr>
              <w:spacing w:after="0"/>
            </w:pPr>
            <w:r>
              <w:rPr>
                <w:rFonts w:ascii="Aptos" w:hAnsi="Aptos" w:eastAsia="Noto Sans CJK SC"/>
                <w:b w:val="0"/>
                <w:color w:val="64646E"/>
                <w:sz w:val="16"/>
              </w:rPr>
              <w:t>Invitation for Commercial and Trade Activities in China</w:t>
            </w:r>
          </w:p>
        </w:tc>
      </w:tr>
    </w:tbl>
    <w:p>
      <w:pPr>
        <w:spacing w:before="100" w:after="60"/>
        <w:keepNext/>
      </w:pPr>
      <w:r>
        <w:rPr>
          <w:rFonts w:ascii="Aptos" w:hAnsi="Aptos" w:eastAsia="Noto Sans CJK SC"/>
          <w:b/>
          <w:color w:val="1C1C28"/>
          <w:sz w:val="24"/>
        </w:rPr>
        <w:t>1. Inviting Organization</w:t>
      </w:r>
      <w:r>
        <w:rPr>
          <w:rFonts w:ascii="Aptos" w:hAnsi="Aptos" w:eastAsia="Noto Sans CJK SC"/>
          <w:b w:val="0"/>
          <w:color w:val="73737D"/>
          <w:sz w:val="17"/>
        </w:rPr>
        <w:t xml:space="preserve">   邀请单位</w:t>
      </w:r>
    </w:p>
    <w:p>
      <w:pPr>
        <w:spacing w:after="80"/>
      </w:pPr>
      <w:r>
        <w:rPr>
          <w:rFonts w:ascii="Aptos" w:hAnsi="Aptos" w:eastAsia="Noto Sans CJK SC"/>
          <w:b w:val="0"/>
          <w:color w:val="5F5F6E"/>
          <w:sz w:val="15"/>
        </w:rPr>
        <w:t>Use the exact legal entity name. The individual company contact is a separate person below.</w:t>
      </w:r>
    </w:p>
    <w:tbl>
      <w:tblPr>
        <w:tblW w:type="auto" w:w="0"/>
        <w:tblLook w:firstColumn="1" w:firstRow="1" w:lastColumn="0" w:lastRow="0" w:noHBand="0" w:noVBand="1" w:val="04A0"/>
      </w:tblPr>
      <w:tblGrid>
        <w:gridCol w:w="10656"/>
      </w:tblGrid>
      <w:tr>
        <w:tc>
          <w:tcPr>
            <w:tcW w:type="dxa" w:w="10656"/>
            <w:tcMar>
              <w:top w:w="55" w:type="dxa"/>
              <w:start w:w="90" w:type="dxa"/>
              <w:bottom w:w="55" w:type="dxa"/>
              <w:end w:w="90" w:type="dxa"/>
            </w:tcMar>
            <w:tcBorders>
              <w:bottom w:val="single" w:sz="5" w:color="D9D9DE"/>
            </w:tcBorders>
          </w:tcPr>
          <w:p>
            <w:pPr>
              <w:spacing w:after="0"/>
            </w:pPr>
            <w:r>
              <w:rPr>
                <w:rFonts w:ascii="Aptos" w:hAnsi="Aptos" w:eastAsia="Noto Sans CJK SC"/>
                <w:b/>
                <w:color w:val="1C1C28"/>
                <w:sz w:val="17"/>
              </w:rPr>
              <w:t>Exact Registered Chinese Company Name</w:t>
            </w:r>
            <w:r>
              <w:rPr>
                <w:rFonts w:ascii="Aptos" w:hAnsi="Aptos" w:eastAsia="Noto Sans CJK SC"/>
                <w:b/>
                <w:color w:val="B31B1C"/>
                <w:sz w:val="13"/>
              </w:rPr>
              <w:t xml:space="preserve">  MATCH COVA</w:t>
            </w:r>
          </w:p>
          <w:p>
            <w:pPr>
              <w:spacing w:after="0"/>
            </w:pPr>
            <w:r>
              <w:rPr>
                <w:rFonts w:ascii="Aptos" w:hAnsi="Aptos" w:eastAsia="Noto Sans CJK SC"/>
                <w:b w:val="0"/>
                <w:color w:val="696973"/>
                <w:sz w:val="14"/>
              </w:rPr>
              <w:t>邀请单位法定中文全称</w:t>
            </w:r>
          </w:p>
          <w:p>
            <w:pPr>
              <w:spacing w:after="0"/>
            </w:pPr>
            <w:r>
              <w:rPr>
                <w:rFonts w:ascii="Aptos" w:hAnsi="Aptos" w:eastAsia="Noto Sans CJK SC"/>
                <w:b w:val="0"/>
                <w:color w:val="64646E"/>
                <w:sz w:val="16"/>
              </w:rPr>
              <w:t>[ENTER HERE]</w:t>
            </w:r>
          </w:p>
        </w:tc>
      </w:tr>
    </w:tbl>
    <w:tbl>
      <w:tblPr>
        <w:tblW w:type="auto" w:w="0"/>
        <w:jc w:val="center"/>
        <w:tblLayout w:type="fixed"/>
        <w:tblLook w:firstColumn="1" w:firstRow="1" w:lastColumn="0" w:lastRow="0" w:noHBand="0" w:noVBand="1" w:val="04A0"/>
      </w:tblPr>
      <w:tblGrid>
        <w:gridCol w:w="5328"/>
        <w:gridCol w:w="5328"/>
      </w:tblGrid>
      <w:tr>
        <w:tc>
          <w:tcPr>
            <w:tcW w:type="dxa" w:w="5328"/>
            <w:tcMar>
              <w:top w:w="55" w:type="dxa"/>
              <w:start w:w="90" w:type="dxa"/>
              <w:bottom w:w="55" w:type="dxa"/>
              <w:end w:w="90" w:type="dxa"/>
            </w:tcMar>
            <w:tcBorders>
              <w:bottom w:val="single" w:sz="5" w:color="D9D9DE"/>
            </w:tcBorders>
          </w:tcPr>
          <w:p>
            <w:pPr>
              <w:spacing w:after="0"/>
            </w:pPr>
            <w:r>
              <w:rPr>
                <w:rFonts w:ascii="Aptos" w:hAnsi="Aptos" w:eastAsia="Noto Sans CJK SC"/>
                <w:b/>
                <w:color w:val="1C1C28"/>
                <w:sz w:val="17"/>
              </w:rPr>
              <w:t>Official English Company Name, if used</w:t>
            </w:r>
            <w:r>
              <w:rPr>
                <w:rFonts w:ascii="Aptos" w:hAnsi="Aptos" w:eastAsia="Noto Sans CJK SC"/>
                <w:b/>
                <w:color w:val="7D7D87"/>
                <w:sz w:val="13"/>
              </w:rPr>
              <w:t xml:space="preserve">  OPTIONAL</w:t>
            </w:r>
          </w:p>
          <w:p>
            <w:pPr>
              <w:spacing w:after="0"/>
            </w:pPr>
            <w:r>
              <w:rPr>
                <w:rFonts w:ascii="Aptos" w:hAnsi="Aptos" w:eastAsia="Noto Sans CJK SC"/>
                <w:b w:val="0"/>
                <w:color w:val="696973"/>
                <w:sz w:val="14"/>
              </w:rPr>
              <w:t>英文名称</w:t>
            </w:r>
          </w:p>
          <w:p>
            <w:pPr>
              <w:spacing w:after="0"/>
            </w:pPr>
            <w:r>
              <w:rPr>
                <w:rFonts w:ascii="Aptos" w:hAnsi="Aptos" w:eastAsia="Noto Sans CJK SC"/>
                <w:b w:val="0"/>
                <w:color w:val="64646E"/>
                <w:sz w:val="16"/>
              </w:rPr>
              <w:t>[ENTER HERE]</w:t>
            </w:r>
          </w:p>
        </w:tc>
        <w:tc>
          <w:tcPr>
            <w:tcW w:type="dxa" w:w="5328"/>
            <w:tcMar>
              <w:top w:w="55" w:type="dxa"/>
              <w:start w:w="90" w:type="dxa"/>
              <w:bottom w:w="55" w:type="dxa"/>
              <w:end w:w="90" w:type="dxa"/>
            </w:tcMar>
            <w:tcBorders>
              <w:bottom w:val="single" w:sz="5" w:color="D9D9DE"/>
            </w:tcBorders>
          </w:tcPr>
          <w:p>
            <w:pPr>
              <w:spacing w:after="0"/>
            </w:pPr>
            <w:r>
              <w:rPr>
                <w:rFonts w:ascii="Aptos" w:hAnsi="Aptos" w:eastAsia="Noto Sans CJK SC"/>
                <w:b/>
                <w:color w:val="1C1C28"/>
                <w:sz w:val="17"/>
              </w:rPr>
              <w:t>Unified Social Credit Code</w:t>
            </w:r>
            <w:r>
              <w:rPr>
                <w:rFonts w:ascii="Aptos" w:hAnsi="Aptos" w:eastAsia="Noto Sans CJK SC"/>
                <w:b/>
                <w:color w:val="7D7D87"/>
                <w:sz w:val="13"/>
              </w:rPr>
              <w:t xml:space="preserve">  OPTIONAL</w:t>
            </w:r>
          </w:p>
          <w:p>
            <w:pPr>
              <w:spacing w:after="0"/>
            </w:pPr>
            <w:r>
              <w:rPr>
                <w:rFonts w:ascii="Aptos" w:hAnsi="Aptos" w:eastAsia="Noto Sans CJK SC"/>
                <w:b w:val="0"/>
                <w:color w:val="696973"/>
                <w:sz w:val="14"/>
              </w:rPr>
              <w:t>统一社会信用代码</w:t>
            </w:r>
          </w:p>
          <w:p>
            <w:pPr>
              <w:spacing w:after="0"/>
            </w:pPr>
            <w:r>
              <w:rPr>
                <w:rFonts w:ascii="Aptos" w:hAnsi="Aptos" w:eastAsia="Noto Sans CJK SC"/>
                <w:b w:val="0"/>
                <w:color w:val="64646E"/>
                <w:sz w:val="16"/>
              </w:rPr>
              <w:t>[ENTER HERE]</w:t>
            </w:r>
          </w:p>
        </w:tc>
      </w:tr>
      <w:tr>
        <w:tc>
          <w:tcPr>
            <w:tcW w:type="dxa" w:w="5328"/>
            <w:tcMar>
              <w:top w:w="55" w:type="dxa"/>
              <w:start w:w="90" w:type="dxa"/>
              <w:bottom w:w="55" w:type="dxa"/>
              <w:end w:w="90" w:type="dxa"/>
            </w:tcMar>
            <w:tcBorders>
              <w:bottom w:val="single" w:sz="5" w:color="D9D9DE"/>
            </w:tcBorders>
          </w:tcPr>
          <w:p>
            <w:pPr>
              <w:spacing w:after="0"/>
            </w:pPr>
            <w:r>
              <w:rPr>
                <w:rFonts w:ascii="Aptos" w:hAnsi="Aptos" w:eastAsia="Noto Sans CJK SC"/>
                <w:b/>
                <w:color w:val="1C1C28"/>
                <w:sz w:val="17"/>
              </w:rPr>
              <w:t>Registered Address</w:t>
            </w:r>
          </w:p>
          <w:p>
            <w:pPr>
              <w:spacing w:after="0"/>
            </w:pPr>
            <w:r>
              <w:rPr>
                <w:rFonts w:ascii="Aptos" w:hAnsi="Aptos" w:eastAsia="Noto Sans CJK SC"/>
                <w:b w:val="0"/>
                <w:color w:val="696973"/>
                <w:sz w:val="14"/>
              </w:rPr>
              <w:t>注册地址</w:t>
            </w:r>
          </w:p>
          <w:p>
            <w:pPr>
              <w:spacing w:after="0"/>
            </w:pPr>
            <w:r>
              <w:rPr>
                <w:rFonts w:ascii="Aptos" w:hAnsi="Aptos" w:eastAsia="Noto Sans CJK SC"/>
                <w:b w:val="0"/>
                <w:color w:val="64646E"/>
                <w:sz w:val="16"/>
              </w:rPr>
              <w:t>[ENTER HERE]</w:t>
            </w:r>
          </w:p>
        </w:tc>
        <w:tc>
          <w:tcPr>
            <w:tcW w:type="dxa" w:w="5328"/>
            <w:tcMar>
              <w:top w:w="55" w:type="dxa"/>
              <w:start w:w="90" w:type="dxa"/>
              <w:bottom w:w="55" w:type="dxa"/>
              <w:end w:w="90" w:type="dxa"/>
            </w:tcMar>
            <w:tcBorders>
              <w:bottom w:val="single" w:sz="5" w:color="D9D9DE"/>
            </w:tcBorders>
          </w:tcPr>
          <w:p>
            <w:pPr>
              <w:spacing w:after="0"/>
            </w:pPr>
            <w:r>
              <w:rPr>
                <w:rFonts w:ascii="Aptos" w:hAnsi="Aptos" w:eastAsia="Noto Sans CJK SC"/>
                <w:b/>
                <w:color w:val="1C1C28"/>
                <w:sz w:val="17"/>
              </w:rPr>
              <w:t>Company Telephone</w:t>
            </w:r>
          </w:p>
          <w:p>
            <w:pPr>
              <w:spacing w:after="0"/>
            </w:pPr>
            <w:r>
              <w:rPr>
                <w:rFonts w:ascii="Aptos" w:hAnsi="Aptos" w:eastAsia="Noto Sans CJK SC"/>
                <w:b w:val="0"/>
                <w:color w:val="696973"/>
                <w:sz w:val="14"/>
              </w:rPr>
              <w:t>公司电话</w:t>
            </w:r>
          </w:p>
          <w:p>
            <w:pPr>
              <w:spacing w:after="0"/>
            </w:pPr>
            <w:r>
              <w:rPr>
                <w:rFonts w:ascii="Aptos" w:hAnsi="Aptos" w:eastAsia="Noto Sans CJK SC"/>
                <w:b w:val="0"/>
                <w:color w:val="64646E"/>
                <w:sz w:val="16"/>
              </w:rPr>
              <w:t>[ENTER HERE]</w:t>
            </w:r>
          </w:p>
        </w:tc>
      </w:tr>
      <w:tr>
        <w:tc>
          <w:tcPr>
            <w:tcW w:type="dxa" w:w="5328"/>
            <w:tcMar>
              <w:top w:w="55" w:type="dxa"/>
              <w:start w:w="90" w:type="dxa"/>
              <w:bottom w:w="55" w:type="dxa"/>
              <w:end w:w="90" w:type="dxa"/>
            </w:tcMar>
            <w:tcBorders>
              <w:bottom w:val="single" w:sz="5" w:color="D9D9DE"/>
            </w:tcBorders>
          </w:tcPr>
          <w:p>
            <w:pPr>
              <w:spacing w:after="0"/>
            </w:pPr>
            <w:r>
              <w:rPr>
                <w:rFonts w:ascii="Aptos" w:hAnsi="Aptos" w:eastAsia="Noto Sans CJK SC"/>
                <w:b/>
                <w:color w:val="1C1C28"/>
                <w:sz w:val="17"/>
              </w:rPr>
              <w:t>Company Email</w:t>
            </w:r>
            <w:r>
              <w:rPr>
                <w:rFonts w:ascii="Aptos" w:hAnsi="Aptos" w:eastAsia="Noto Sans CJK SC"/>
                <w:b/>
                <w:color w:val="7D7D87"/>
                <w:sz w:val="13"/>
              </w:rPr>
              <w:t xml:space="preserve">  OPTIONAL</w:t>
            </w:r>
          </w:p>
          <w:p>
            <w:pPr>
              <w:spacing w:after="0"/>
            </w:pPr>
            <w:r>
              <w:rPr>
                <w:rFonts w:ascii="Aptos" w:hAnsi="Aptos" w:eastAsia="Noto Sans CJK SC"/>
                <w:b w:val="0"/>
                <w:color w:val="696973"/>
                <w:sz w:val="14"/>
              </w:rPr>
              <w:t>公司电子邮箱</w:t>
            </w:r>
          </w:p>
          <w:p>
            <w:pPr>
              <w:spacing w:after="0"/>
            </w:pPr>
            <w:r>
              <w:rPr>
                <w:rFonts w:ascii="Aptos" w:hAnsi="Aptos" w:eastAsia="Noto Sans CJK SC"/>
                <w:b w:val="0"/>
                <w:color w:val="64646E"/>
                <w:sz w:val="16"/>
              </w:rPr>
              <w:t>[ENTER HERE]</w:t>
            </w:r>
          </w:p>
        </w:tc>
        <w:tc>
          <w:tcPr>
            <w:tcW w:type="dxa" w:w="5328"/>
            <w:tcMar>
              <w:top w:w="55" w:type="dxa"/>
              <w:start w:w="90" w:type="dxa"/>
              <w:bottom w:w="55" w:type="dxa"/>
              <w:end w:w="90" w:type="dxa"/>
            </w:tcMar>
            <w:tcBorders>
              <w:bottom w:val="single" w:sz="5" w:color="D9D9DE"/>
            </w:tcBorders>
          </w:tcPr>
          <w:p/>
        </w:tc>
      </w:tr>
    </w:tbl>
    <w:p>
      <w:pPr>
        <w:spacing w:after="80"/>
      </w:pPr>
      <w:r>
        <w:rPr>
          <w:rFonts w:ascii="Aptos" w:hAnsi="Aptos" w:eastAsia="Noto Sans CJK SC"/>
          <w:b w:val="0"/>
          <w:color w:val="5F5F6E"/>
          <w:sz w:val="13"/>
        </w:rPr>
        <w:t>Unified Social Credit Code is optional verification information in this template, not a universal U.S. visa requirement.</w:t>
      </w:r>
    </w:p>
    <w:p>
      <w:pPr>
        <w:spacing w:before="40" w:after="40"/>
      </w:pPr>
      <w:r>
        <w:rPr>
          <w:rFonts w:ascii="Aptos" w:hAnsi="Aptos" w:eastAsia="Noto Sans CJK SC"/>
          <w:b/>
          <w:color w:val="B31B1C"/>
          <w:sz w:val="18"/>
        </w:rPr>
        <w:t>Company Contact Person  单位联系人</w:t>
      </w:r>
    </w:p>
    <w:tbl>
      <w:tblPr>
        <w:tblW w:type="auto" w:w="0"/>
        <w:jc w:val="center"/>
        <w:tblLayout w:type="fixed"/>
        <w:tblLook w:firstColumn="1" w:firstRow="1" w:lastColumn="0" w:lastRow="0" w:noHBand="0" w:noVBand="1" w:val="04A0"/>
      </w:tblPr>
      <w:tblGrid>
        <w:gridCol w:w="2664"/>
        <w:gridCol w:w="2664"/>
        <w:gridCol w:w="2664"/>
        <w:gridCol w:w="2664"/>
      </w:tblGrid>
      <w:tr>
        <w:tc>
          <w:tcPr>
            <w:tcW w:type="dxa" w:w="2664"/>
            <w:shd w:fill="F7F7F9"/>
            <w:tcMar>
              <w:top w:w="50" w:type="dxa"/>
              <w:start w:w="60" w:type="dxa"/>
              <w:bottom w:w="50" w:type="dxa"/>
              <w:end w:w="60" w:type="dxa"/>
            </w:tcMar>
            <w:tcBorders>
              <w:bottom w:val="single" w:sz="5" w:color="DFDFE4"/>
            </w:tcBorders>
          </w:tcPr>
          <w:p>
            <w:pPr>
              <w:spacing w:after="0"/>
            </w:pPr>
            <w:r>
              <w:rPr>
                <w:rFonts w:ascii="Aptos" w:hAnsi="Aptos" w:eastAsia="Noto Sans CJK SC"/>
                <w:b/>
                <w:color w:val="1C1C28"/>
                <w:sz w:val="17"/>
              </w:rPr>
              <w:t>Full Name</w:t>
            </w:r>
          </w:p>
          <w:p>
            <w:pPr>
              <w:spacing w:after="0"/>
            </w:pPr>
            <w:r>
              <w:rPr>
                <w:rFonts w:ascii="Aptos" w:hAnsi="Aptos" w:eastAsia="Noto Sans CJK SC"/>
                <w:b w:val="0"/>
                <w:color w:val="696973"/>
                <w:sz w:val="14"/>
              </w:rPr>
              <w:t>姓名</w:t>
            </w:r>
          </w:p>
          <w:p>
            <w:pPr>
              <w:spacing w:after="0"/>
            </w:pPr>
            <w:r>
              <w:rPr>
                <w:rFonts w:ascii="Aptos" w:hAnsi="Aptos" w:eastAsia="Noto Sans CJK SC"/>
                <w:b w:val="0"/>
                <w:color w:val="64646E"/>
                <w:sz w:val="16"/>
              </w:rPr>
              <w:t>[ENTER]</w:t>
            </w:r>
          </w:p>
        </w:tc>
        <w:tc>
          <w:tcPr>
            <w:tcW w:type="dxa" w:w="2664"/>
            <w:shd w:fill="F7F7F9"/>
            <w:tcMar>
              <w:top w:w="50" w:type="dxa"/>
              <w:start w:w="60" w:type="dxa"/>
              <w:bottom w:w="50" w:type="dxa"/>
              <w:end w:w="60" w:type="dxa"/>
            </w:tcMar>
            <w:tcBorders>
              <w:bottom w:val="single" w:sz="5" w:color="DFDFE4"/>
            </w:tcBorders>
          </w:tcPr>
          <w:p>
            <w:pPr>
              <w:spacing w:after="0"/>
            </w:pPr>
            <w:r>
              <w:rPr>
                <w:rFonts w:ascii="Aptos" w:hAnsi="Aptos" w:eastAsia="Noto Sans CJK SC"/>
                <w:b/>
                <w:color w:val="1C1C28"/>
                <w:sz w:val="17"/>
              </w:rPr>
              <w:t>Title</w:t>
            </w:r>
          </w:p>
          <w:p>
            <w:pPr>
              <w:spacing w:after="0"/>
            </w:pPr>
            <w:r>
              <w:rPr>
                <w:rFonts w:ascii="Aptos" w:hAnsi="Aptos" w:eastAsia="Noto Sans CJK SC"/>
                <w:b w:val="0"/>
                <w:color w:val="696973"/>
                <w:sz w:val="14"/>
              </w:rPr>
              <w:t>职务</w:t>
            </w:r>
          </w:p>
          <w:p>
            <w:pPr>
              <w:spacing w:after="0"/>
            </w:pPr>
            <w:r>
              <w:rPr>
                <w:rFonts w:ascii="Aptos" w:hAnsi="Aptos" w:eastAsia="Noto Sans CJK SC"/>
                <w:b w:val="0"/>
                <w:color w:val="64646E"/>
                <w:sz w:val="16"/>
              </w:rPr>
              <w:t>[ENTER]</w:t>
            </w:r>
          </w:p>
        </w:tc>
        <w:tc>
          <w:tcPr>
            <w:tcW w:type="dxa" w:w="2664"/>
            <w:shd w:fill="F7F7F9"/>
            <w:tcMar>
              <w:top w:w="50" w:type="dxa"/>
              <w:start w:w="60" w:type="dxa"/>
              <w:bottom w:w="50" w:type="dxa"/>
              <w:end w:w="60" w:type="dxa"/>
            </w:tcMar>
            <w:tcBorders>
              <w:bottom w:val="single" w:sz="5" w:color="DFDFE4"/>
            </w:tcBorders>
          </w:tcPr>
          <w:p>
            <w:pPr>
              <w:spacing w:after="0"/>
            </w:pPr>
            <w:r>
              <w:rPr>
                <w:rFonts w:ascii="Aptos" w:hAnsi="Aptos" w:eastAsia="Noto Sans CJK SC"/>
                <w:b/>
                <w:color w:val="1C1C28"/>
                <w:sz w:val="17"/>
              </w:rPr>
              <w:t>Direct Phone</w:t>
            </w:r>
          </w:p>
          <w:p>
            <w:pPr>
              <w:spacing w:after="0"/>
            </w:pPr>
            <w:r>
              <w:rPr>
                <w:rFonts w:ascii="Aptos" w:hAnsi="Aptos" w:eastAsia="Noto Sans CJK SC"/>
                <w:b w:val="0"/>
                <w:color w:val="696973"/>
                <w:sz w:val="14"/>
              </w:rPr>
              <w:t>联系电话</w:t>
            </w:r>
          </w:p>
          <w:p>
            <w:pPr>
              <w:spacing w:after="0"/>
            </w:pPr>
            <w:r>
              <w:rPr>
                <w:rFonts w:ascii="Aptos" w:hAnsi="Aptos" w:eastAsia="Noto Sans CJK SC"/>
                <w:b w:val="0"/>
                <w:color w:val="64646E"/>
                <w:sz w:val="16"/>
              </w:rPr>
              <w:t>[ENTER]</w:t>
            </w:r>
          </w:p>
        </w:tc>
        <w:tc>
          <w:tcPr>
            <w:tcW w:type="dxa" w:w="2664"/>
            <w:shd w:fill="F7F7F9"/>
            <w:tcMar>
              <w:top w:w="50" w:type="dxa"/>
              <w:start w:w="60" w:type="dxa"/>
              <w:bottom w:w="50" w:type="dxa"/>
              <w:end w:w="60" w:type="dxa"/>
            </w:tcMar>
            <w:tcBorders>
              <w:bottom w:val="single" w:sz="5" w:color="DFDFE4"/>
            </w:tcBorders>
          </w:tcPr>
          <w:p>
            <w:pPr>
              <w:spacing w:after="0"/>
            </w:pPr>
            <w:r>
              <w:rPr>
                <w:rFonts w:ascii="Aptos" w:hAnsi="Aptos" w:eastAsia="Noto Sans CJK SC"/>
                <w:b/>
                <w:color w:val="1C1C28"/>
                <w:sz w:val="17"/>
              </w:rPr>
              <w:t>Email</w:t>
            </w:r>
          </w:p>
          <w:p>
            <w:pPr>
              <w:spacing w:after="0"/>
            </w:pPr>
            <w:r>
              <w:rPr>
                <w:rFonts w:ascii="Aptos" w:hAnsi="Aptos" w:eastAsia="Noto Sans CJK SC"/>
                <w:b w:val="0"/>
                <w:color w:val="696973"/>
                <w:sz w:val="14"/>
              </w:rPr>
              <w:t>电子邮箱</w:t>
            </w:r>
          </w:p>
          <w:p>
            <w:pPr>
              <w:spacing w:after="0"/>
            </w:pPr>
            <w:r>
              <w:rPr>
                <w:rFonts w:ascii="Aptos" w:hAnsi="Aptos" w:eastAsia="Noto Sans CJK SC"/>
                <w:b w:val="0"/>
                <w:color w:val="64646E"/>
                <w:sz w:val="16"/>
              </w:rPr>
              <w:t>[ENTER]</w:t>
            </w:r>
          </w:p>
        </w:tc>
      </w:tr>
    </w:tbl>
    <w:p>
      <w:pPr>
        <w:spacing w:after="80"/>
      </w:pPr>
      <w:r>
        <w:rPr>
          <w:rFonts w:ascii="Aptos" w:hAnsi="Aptos" w:eastAsia="Noto Sans CJK SC"/>
          <w:b w:val="0"/>
          <w:color w:val="B31B1C"/>
          <w:sz w:val="14"/>
        </w:rPr>
        <w:t>Business contact only - do not replace the Inviting Organization name in COVA with this person's name.</w:t>
      </w:r>
    </w:p>
    <w:p>
      <w:pPr>
        <w:spacing w:before="100" w:after="60"/>
        <w:keepNext/>
      </w:pPr>
      <w:r>
        <w:rPr>
          <w:rFonts w:ascii="Aptos" w:hAnsi="Aptos" w:eastAsia="Noto Sans CJK SC"/>
          <w:b/>
          <w:color w:val="1C1C28"/>
          <w:sz w:val="24"/>
        </w:rPr>
        <w:t>2. Invited Applicant</w:t>
      </w:r>
      <w:r>
        <w:rPr>
          <w:rFonts w:ascii="Aptos" w:hAnsi="Aptos" w:eastAsia="Noto Sans CJK SC"/>
          <w:b w:val="0"/>
          <w:color w:val="73737D"/>
          <w:sz w:val="17"/>
        </w:rPr>
        <w:t xml:space="preserve">   被邀请人</w:t>
      </w:r>
    </w:p>
    <w:tbl>
      <w:tblPr>
        <w:tblW w:type="auto" w:w="0"/>
        <w:jc w:val="center"/>
        <w:tblLayout w:type="fixed"/>
        <w:tblLook w:firstColumn="1" w:firstRow="1" w:lastColumn="0" w:lastRow="0" w:noHBand="0" w:noVBand="1" w:val="04A0"/>
      </w:tblPr>
      <w:tblGrid>
        <w:gridCol w:w="5328"/>
        <w:gridCol w:w="5328"/>
      </w:tblGrid>
      <w:tr>
        <w:tc>
          <w:tcPr>
            <w:tcW w:type="dxa" w:w="5328"/>
            <w:tcMar>
              <w:top w:w="55" w:type="dxa"/>
              <w:start w:w="90" w:type="dxa"/>
              <w:bottom w:w="55" w:type="dxa"/>
              <w:end w:w="90" w:type="dxa"/>
            </w:tcMar>
            <w:tcBorders>
              <w:bottom w:val="single" w:sz="5" w:color="D9D9DE"/>
            </w:tcBorders>
          </w:tcPr>
          <w:p>
            <w:pPr>
              <w:spacing w:after="0"/>
            </w:pPr>
            <w:r>
              <w:rPr>
                <w:rFonts w:ascii="Aptos" w:hAnsi="Aptos" w:eastAsia="Noto Sans CJK SC"/>
                <w:b/>
                <w:color w:val="1C1C28"/>
                <w:sz w:val="17"/>
              </w:rPr>
              <w:t>Full Name Exactly as Passport</w:t>
            </w:r>
            <w:r>
              <w:rPr>
                <w:rFonts w:ascii="Aptos" w:hAnsi="Aptos" w:eastAsia="Noto Sans CJK SC"/>
                <w:b/>
                <w:color w:val="B31B1C"/>
                <w:sz w:val="13"/>
              </w:rPr>
              <w:t xml:space="preserve">  MATCH PASSPORT</w:t>
            </w:r>
          </w:p>
          <w:p>
            <w:pPr>
              <w:spacing w:after="0"/>
            </w:pPr>
            <w:r>
              <w:rPr>
                <w:rFonts w:ascii="Aptos" w:hAnsi="Aptos" w:eastAsia="Noto Sans CJK SC"/>
                <w:b w:val="0"/>
                <w:color w:val="696973"/>
                <w:sz w:val="14"/>
              </w:rPr>
              <w:t>护照姓名</w:t>
            </w:r>
          </w:p>
          <w:p>
            <w:pPr>
              <w:spacing w:after="0"/>
            </w:pPr>
            <w:r>
              <w:rPr>
                <w:rFonts w:ascii="Aptos" w:hAnsi="Aptos" w:eastAsia="Noto Sans CJK SC"/>
                <w:b w:val="0"/>
                <w:color w:val="64646E"/>
                <w:sz w:val="16"/>
              </w:rPr>
              <w:t>[ENTER HERE]</w:t>
            </w:r>
          </w:p>
        </w:tc>
        <w:tc>
          <w:tcPr>
            <w:tcW w:type="dxa" w:w="5328"/>
            <w:tcMar>
              <w:top w:w="55" w:type="dxa"/>
              <w:start w:w="90" w:type="dxa"/>
              <w:bottom w:w="55" w:type="dxa"/>
              <w:end w:w="90" w:type="dxa"/>
            </w:tcMar>
            <w:tcBorders>
              <w:bottom w:val="single" w:sz="5" w:color="D9D9DE"/>
            </w:tcBorders>
          </w:tcPr>
          <w:p>
            <w:pPr>
              <w:spacing w:after="0"/>
            </w:pPr>
            <w:r>
              <w:rPr>
                <w:rFonts w:ascii="Aptos" w:hAnsi="Aptos" w:eastAsia="Noto Sans CJK SC"/>
                <w:b/>
                <w:color w:val="1C1C28"/>
                <w:sz w:val="17"/>
              </w:rPr>
              <w:t>Passport Number</w:t>
            </w:r>
            <w:r>
              <w:rPr>
                <w:rFonts w:ascii="Aptos" w:hAnsi="Aptos" w:eastAsia="Noto Sans CJK SC"/>
                <w:b/>
                <w:color w:val="B31B1C"/>
                <w:sz w:val="13"/>
              </w:rPr>
              <w:t xml:space="preserve">  MATCH PASSPORT</w:t>
            </w:r>
          </w:p>
          <w:p>
            <w:pPr>
              <w:spacing w:after="0"/>
            </w:pPr>
            <w:r>
              <w:rPr>
                <w:rFonts w:ascii="Aptos" w:hAnsi="Aptos" w:eastAsia="Noto Sans CJK SC"/>
                <w:b w:val="0"/>
                <w:color w:val="696973"/>
                <w:sz w:val="14"/>
              </w:rPr>
              <w:t>护照号码</w:t>
            </w:r>
          </w:p>
          <w:p>
            <w:pPr>
              <w:spacing w:after="0"/>
            </w:pPr>
            <w:r>
              <w:rPr>
                <w:rFonts w:ascii="Aptos" w:hAnsi="Aptos" w:eastAsia="Noto Sans CJK SC"/>
                <w:b w:val="0"/>
                <w:color w:val="64646E"/>
                <w:sz w:val="16"/>
              </w:rPr>
              <w:t>[ENTER HERE]</w:t>
            </w:r>
          </w:p>
        </w:tc>
      </w:tr>
      <w:tr>
        <w:tc>
          <w:tcPr>
            <w:tcW w:type="dxa" w:w="5328"/>
            <w:tcMar>
              <w:top w:w="55" w:type="dxa"/>
              <w:start w:w="90" w:type="dxa"/>
              <w:bottom w:w="55" w:type="dxa"/>
              <w:end w:w="90" w:type="dxa"/>
            </w:tcMar>
            <w:tcBorders>
              <w:bottom w:val="single" w:sz="5" w:color="D9D9DE"/>
            </w:tcBorders>
          </w:tcPr>
          <w:p>
            <w:pPr>
              <w:spacing w:after="0"/>
            </w:pPr>
            <w:r>
              <w:rPr>
                <w:rFonts w:ascii="Aptos" w:hAnsi="Aptos" w:eastAsia="Noto Sans CJK SC"/>
                <w:b/>
                <w:color w:val="1C1C28"/>
                <w:sz w:val="17"/>
              </w:rPr>
              <w:t>Gender</w:t>
            </w:r>
          </w:p>
          <w:p>
            <w:pPr>
              <w:spacing w:after="0"/>
            </w:pPr>
            <w:r>
              <w:rPr>
                <w:rFonts w:ascii="Aptos" w:hAnsi="Aptos" w:eastAsia="Noto Sans CJK SC"/>
                <w:b w:val="0"/>
                <w:color w:val="696973"/>
                <w:sz w:val="14"/>
              </w:rPr>
              <w:t>性别</w:t>
            </w:r>
          </w:p>
          <w:p>
            <w:pPr>
              <w:spacing w:after="0"/>
            </w:pPr>
            <w:r>
              <w:rPr>
                <w:rFonts w:ascii="Aptos" w:hAnsi="Aptos" w:eastAsia="Noto Sans CJK SC"/>
                <w:b w:val="0"/>
                <w:color w:val="64646E"/>
                <w:sz w:val="16"/>
              </w:rPr>
              <w:t>[ENTER HERE]</w:t>
            </w:r>
          </w:p>
        </w:tc>
        <w:tc>
          <w:tcPr>
            <w:tcW w:type="dxa" w:w="5328"/>
            <w:tcMar>
              <w:top w:w="55" w:type="dxa"/>
              <w:start w:w="90" w:type="dxa"/>
              <w:bottom w:w="55" w:type="dxa"/>
              <w:end w:w="90" w:type="dxa"/>
            </w:tcMar>
            <w:tcBorders>
              <w:bottom w:val="single" w:sz="5" w:color="D9D9DE"/>
            </w:tcBorders>
          </w:tcPr>
          <w:p>
            <w:pPr>
              <w:spacing w:after="0"/>
            </w:pPr>
            <w:r>
              <w:rPr>
                <w:rFonts w:ascii="Aptos" w:hAnsi="Aptos" w:eastAsia="Noto Sans CJK SC"/>
                <w:b/>
                <w:color w:val="1C1C28"/>
                <w:sz w:val="17"/>
              </w:rPr>
              <w:t>Date of Birth</w:t>
            </w:r>
          </w:p>
          <w:p>
            <w:pPr>
              <w:spacing w:after="0"/>
            </w:pPr>
            <w:r>
              <w:rPr>
                <w:rFonts w:ascii="Aptos" w:hAnsi="Aptos" w:eastAsia="Noto Sans CJK SC"/>
                <w:b w:val="0"/>
                <w:color w:val="696973"/>
                <w:sz w:val="14"/>
              </w:rPr>
              <w:t>出生日期</w:t>
            </w:r>
          </w:p>
          <w:p>
            <w:pPr>
              <w:spacing w:after="0"/>
            </w:pPr>
            <w:r>
              <w:rPr>
                <w:rFonts w:ascii="Aptos" w:hAnsi="Aptos" w:eastAsia="Noto Sans CJK SC"/>
                <w:b w:val="0"/>
                <w:color w:val="64646E"/>
                <w:sz w:val="16"/>
              </w:rPr>
              <w:t>[ENTER HERE]</w:t>
            </w:r>
          </w:p>
        </w:tc>
      </w:tr>
      <w:tr>
        <w:tc>
          <w:tcPr>
            <w:tcW w:type="dxa" w:w="5328"/>
            <w:tcMar>
              <w:top w:w="55" w:type="dxa"/>
              <w:start w:w="90" w:type="dxa"/>
              <w:bottom w:w="55" w:type="dxa"/>
              <w:end w:w="90" w:type="dxa"/>
            </w:tcMar>
            <w:tcBorders>
              <w:bottom w:val="single" w:sz="5" w:color="D9D9DE"/>
            </w:tcBorders>
          </w:tcPr>
          <w:p>
            <w:pPr>
              <w:spacing w:after="0"/>
            </w:pPr>
            <w:r>
              <w:rPr>
                <w:rFonts w:ascii="Aptos" w:hAnsi="Aptos" w:eastAsia="Noto Sans CJK SC"/>
                <w:b/>
                <w:color w:val="1C1C28"/>
                <w:sz w:val="17"/>
              </w:rPr>
              <w:t>Nationality</w:t>
            </w:r>
          </w:p>
          <w:p>
            <w:pPr>
              <w:spacing w:after="0"/>
            </w:pPr>
            <w:r>
              <w:rPr>
                <w:rFonts w:ascii="Aptos" w:hAnsi="Aptos" w:eastAsia="Noto Sans CJK SC"/>
                <w:b w:val="0"/>
                <w:color w:val="696973"/>
                <w:sz w:val="14"/>
              </w:rPr>
              <w:t>国籍</w:t>
            </w:r>
          </w:p>
          <w:p>
            <w:pPr>
              <w:spacing w:after="0"/>
            </w:pPr>
            <w:r>
              <w:rPr>
                <w:rFonts w:ascii="Aptos" w:hAnsi="Aptos" w:eastAsia="Noto Sans CJK SC"/>
                <w:b w:val="0"/>
                <w:color w:val="64646E"/>
                <w:sz w:val="16"/>
              </w:rPr>
              <w:t>[ENTER HERE]</w:t>
            </w:r>
          </w:p>
        </w:tc>
        <w:tc>
          <w:tcPr>
            <w:tcW w:type="dxa" w:w="5328"/>
            <w:tcMar>
              <w:top w:w="55" w:type="dxa"/>
              <w:start w:w="90" w:type="dxa"/>
              <w:bottom w:w="55" w:type="dxa"/>
              <w:end w:w="90" w:type="dxa"/>
            </w:tcMar>
            <w:tcBorders>
              <w:bottom w:val="single" w:sz="5" w:color="D9D9DE"/>
            </w:tcBorders>
          </w:tcPr>
          <w:p>
            <w:pPr>
              <w:spacing w:after="0"/>
            </w:pPr>
            <w:r>
              <w:rPr>
                <w:rFonts w:ascii="Aptos" w:hAnsi="Aptos" w:eastAsia="Noto Sans CJK SC"/>
                <w:b/>
                <w:color w:val="1C1C28"/>
                <w:sz w:val="17"/>
              </w:rPr>
              <w:t>Current Employer</w:t>
            </w:r>
          </w:p>
          <w:p>
            <w:pPr>
              <w:spacing w:after="0"/>
            </w:pPr>
            <w:r>
              <w:rPr>
                <w:rFonts w:ascii="Aptos" w:hAnsi="Aptos" w:eastAsia="Noto Sans CJK SC"/>
                <w:b w:val="0"/>
                <w:color w:val="696973"/>
                <w:sz w:val="14"/>
              </w:rPr>
              <w:t>现工作单位</w:t>
            </w:r>
          </w:p>
          <w:p>
            <w:pPr>
              <w:spacing w:after="0"/>
            </w:pPr>
            <w:r>
              <w:rPr>
                <w:rFonts w:ascii="Aptos" w:hAnsi="Aptos" w:eastAsia="Noto Sans CJK SC"/>
                <w:b w:val="0"/>
                <w:color w:val="64646E"/>
                <w:sz w:val="16"/>
              </w:rPr>
              <w:t>[ENTER HERE]</w:t>
            </w:r>
          </w:p>
        </w:tc>
      </w:tr>
      <w:tr>
        <w:tc>
          <w:tcPr>
            <w:tcW w:type="dxa" w:w="5328"/>
            <w:tcMar>
              <w:top w:w="55" w:type="dxa"/>
              <w:start w:w="90" w:type="dxa"/>
              <w:bottom w:w="55" w:type="dxa"/>
              <w:end w:w="90" w:type="dxa"/>
            </w:tcMar>
            <w:tcBorders>
              <w:bottom w:val="single" w:sz="5" w:color="D9D9DE"/>
            </w:tcBorders>
          </w:tcPr>
          <w:p>
            <w:pPr>
              <w:spacing w:after="0"/>
            </w:pPr>
            <w:r>
              <w:rPr>
                <w:rFonts w:ascii="Aptos" w:hAnsi="Aptos" w:eastAsia="Noto Sans CJK SC"/>
                <w:b/>
                <w:color w:val="1C1C28"/>
                <w:sz w:val="17"/>
              </w:rPr>
              <w:t>Current Position / Title</w:t>
            </w:r>
          </w:p>
          <w:p>
            <w:pPr>
              <w:spacing w:after="0"/>
            </w:pPr>
            <w:r>
              <w:rPr>
                <w:rFonts w:ascii="Aptos" w:hAnsi="Aptos" w:eastAsia="Noto Sans CJK SC"/>
                <w:b w:val="0"/>
                <w:color w:val="696973"/>
                <w:sz w:val="14"/>
              </w:rPr>
              <w:t>职务</w:t>
            </w:r>
          </w:p>
          <w:p>
            <w:pPr>
              <w:spacing w:after="0"/>
            </w:pPr>
            <w:r>
              <w:rPr>
                <w:rFonts w:ascii="Aptos" w:hAnsi="Aptos" w:eastAsia="Noto Sans CJK SC"/>
                <w:b w:val="0"/>
                <w:color w:val="64646E"/>
                <w:sz w:val="16"/>
              </w:rPr>
              <w:t>[ENTER HERE]</w:t>
            </w:r>
          </w:p>
        </w:tc>
        <w:tc>
          <w:tcPr>
            <w:tcW w:type="dxa" w:w="5328"/>
            <w:tcMar>
              <w:top w:w="55" w:type="dxa"/>
              <w:start w:w="90" w:type="dxa"/>
              <w:bottom w:w="55" w:type="dxa"/>
              <w:end w:w="90" w:type="dxa"/>
            </w:tcMar>
            <w:tcBorders>
              <w:bottom w:val="single" w:sz="5" w:color="D9D9DE"/>
            </w:tcBorders>
          </w:tcPr>
          <w:p/>
        </w:tc>
      </w:tr>
    </w:tbl>
    <w:p>
      <w:pPr>
        <w:spacing w:after="80"/>
      </w:pPr>
      <w:r>
        <w:rPr>
          <w:rFonts w:ascii="Aptos" w:hAnsi="Aptos" w:eastAsia="Noto Sans CJK SC"/>
          <w:b w:val="0"/>
          <w:color w:val="5F5F6E"/>
          <w:sz w:val="14"/>
        </w:rPr>
        <w:t>Use the same identity and employment information entered in COVA.</w:t>
      </w:r>
    </w:p>
    <w:p>
      <w:pPr>
        <w:spacing w:before="100" w:after="60"/>
        <w:keepNext/>
      </w:pPr>
      <w:r>
        <w:rPr>
          <w:rFonts w:ascii="Aptos" w:hAnsi="Aptos" w:eastAsia="Noto Sans CJK SC"/>
          <w:b/>
          <w:color w:val="1C1C28"/>
          <w:sz w:val="24"/>
        </w:rPr>
        <w:t>3. Commercial Purpose &amp; Business Relationship</w:t>
      </w:r>
      <w:r>
        <w:rPr>
          <w:rFonts w:ascii="Aptos" w:hAnsi="Aptos" w:eastAsia="Noto Sans CJK SC"/>
          <w:b w:val="0"/>
          <w:color w:val="73737D"/>
          <w:sz w:val="17"/>
        </w:rPr>
        <w:t xml:space="preserve">   商务目的及双方关系</w:t>
      </w:r>
    </w:p>
    <w:tbl>
      <w:tblPr>
        <w:tblW w:type="auto" w:w="0"/>
        <w:tblLook w:firstColumn="1" w:firstRow="1" w:lastColumn="0" w:lastRow="0" w:noHBand="0" w:noVBand="1" w:val="04A0"/>
      </w:tblPr>
      <w:tblGrid>
        <w:gridCol w:w="10656"/>
      </w:tblGrid>
      <w:tr>
        <w:tc>
          <w:tcPr>
            <w:tcW w:type="dxa" w:w="10656"/>
            <w:tcMar>
              <w:top w:w="70" w:type="dxa"/>
              <w:start w:w="90" w:type="dxa"/>
              <w:bottom w:w="75" w:type="dxa"/>
              <w:end w:w="90" w:type="dxa"/>
            </w:tcMar>
            <w:tcBorders>
              <w:top w:val="single" w:sz="5" w:color="D9D9DE"/>
              <w:bottom w:val="single" w:sz="5" w:color="D9D9DE"/>
              <w:left w:val="single" w:sz="5" w:color="D9D9DE"/>
              <w:right w:val="single" w:sz="5" w:color="D9D9DE"/>
            </w:tcBorders>
          </w:tcPr>
          <w:p>
            <w:r>
              <w:rPr>
                <w:rFonts w:ascii="Aptos" w:hAnsi="Aptos" w:eastAsia="Noto Sans CJK SC"/>
                <w:b/>
                <w:color w:val="1C1C28"/>
                <w:sz w:val="17"/>
              </w:rPr>
              <w:t>Specific Commercial / Trade Purpose</w:t>
            </w:r>
            <w:r>
              <w:rPr>
                <w:rFonts w:ascii="Aptos" w:hAnsi="Aptos" w:eastAsia="Noto Sans CJK SC"/>
                <w:b w:val="0"/>
                <w:color w:val="6E6E78"/>
                <w:sz w:val="14"/>
              </w:rPr>
              <w:t xml:space="preserve">  具体商务或贸易目的</w:t>
            </w:r>
          </w:p>
          <w:p>
            <w:pPr>
              <w:spacing w:after="20"/>
            </w:pPr>
            <w:r>
              <w:rPr>
                <w:rFonts w:ascii="Aptos" w:hAnsi="Aptos" w:eastAsia="Noto Sans CJK SC"/>
                <w:b w:val="0"/>
                <w:color w:val="696973"/>
                <w:sz w:val="13"/>
              </w:rPr>
              <w:t>Describe the actual activity: supplier negotiations, sourcing/procurement, product review, factory visit related to commercial cooperation, contract discussions, quality-control meetings, trade-fair meetings, etc. Do not write only “business.”</w:t>
            </w:r>
          </w:p>
          <w:p>
            <w:pPr>
              <w:spacing w:after="0"/>
            </w:pPr>
            <w:r>
              <w:rPr>
                <w:rFonts w:ascii="Aptos" w:hAnsi="Aptos" w:eastAsia="Noto Sans CJK SC"/>
                <w:b w:val="0"/>
                <w:color w:val="64646E"/>
                <w:sz w:val="16"/>
              </w:rPr>
              <w:t>[ENTER DETAILS HERE]</w:t>
            </w:r>
          </w:p>
        </w:tc>
      </w:tr>
    </w:tbl>
    <w:tbl>
      <w:tblPr>
        <w:tblW w:type="auto" w:w="0"/>
        <w:tblLook w:firstColumn="1" w:firstRow="1" w:lastColumn="0" w:lastRow="0" w:noHBand="0" w:noVBand="1" w:val="04A0"/>
      </w:tblPr>
      <w:tblGrid>
        <w:gridCol w:w="10656"/>
      </w:tblGrid>
      <w:tr>
        <w:tc>
          <w:tcPr>
            <w:tcW w:type="dxa" w:w="10656"/>
            <w:tcMar>
              <w:top w:w="70" w:type="dxa"/>
              <w:start w:w="90" w:type="dxa"/>
              <w:bottom w:w="75" w:type="dxa"/>
              <w:end w:w="90" w:type="dxa"/>
            </w:tcMar>
            <w:tcBorders>
              <w:top w:val="single" w:sz="5" w:color="D9D9DE"/>
              <w:bottom w:val="single" w:sz="5" w:color="D9D9DE"/>
              <w:left w:val="single" w:sz="5" w:color="D9D9DE"/>
              <w:right w:val="single" w:sz="5" w:color="D9D9DE"/>
            </w:tcBorders>
          </w:tcPr>
          <w:p>
            <w:r>
              <w:rPr>
                <w:rFonts w:ascii="Aptos" w:hAnsi="Aptos" w:eastAsia="Noto Sans CJK SC"/>
                <w:b/>
                <w:color w:val="1C1C28"/>
                <w:sz w:val="17"/>
              </w:rPr>
              <w:t>Business Relationship</w:t>
            </w:r>
            <w:r>
              <w:rPr>
                <w:rFonts w:ascii="Aptos" w:hAnsi="Aptos" w:eastAsia="Noto Sans CJK SC"/>
                <w:b w:val="0"/>
                <w:color w:val="6E6E78"/>
                <w:sz w:val="14"/>
              </w:rPr>
              <w:t xml:space="preserve">  双方商务关系</w:t>
            </w:r>
          </w:p>
          <w:p>
            <w:pPr>
              <w:spacing w:after="20"/>
            </w:pPr>
            <w:r>
              <w:rPr>
                <w:rFonts w:ascii="Aptos" w:hAnsi="Aptos" w:eastAsia="Noto Sans CJK SC"/>
                <w:b w:val="0"/>
                <w:color w:val="696973"/>
                <w:sz w:val="13"/>
              </w:rPr>
              <w:t>State the truthful relationship (for example existing supplier/customer/distributor/prospective partner) and briefly explain what the companies are discussing, buying, supplying, negotiating, inspecting, or planning together.</w:t>
            </w:r>
          </w:p>
          <w:p>
            <w:pPr>
              <w:spacing w:after="0"/>
            </w:pPr>
            <w:r>
              <w:rPr>
                <w:rFonts w:ascii="Aptos" w:hAnsi="Aptos" w:eastAsia="Noto Sans CJK SC"/>
                <w:b w:val="0"/>
                <w:color w:val="64646E"/>
                <w:sz w:val="16"/>
              </w:rPr>
              <w:t>[ENTER DETAILS HERE]</w:t>
            </w:r>
          </w:p>
        </w:tc>
      </w:tr>
    </w:tbl>
    <w:p>
      <w:r>
        <w:br/>
      </w:r>
    </w:p>
    <w:p>
      <w:pPr>
        <w:spacing w:before="100" w:after="60"/>
        <w:keepNext/>
      </w:pPr>
      <w:r>
        <w:rPr>
          <w:rFonts w:ascii="Aptos" w:hAnsi="Aptos" w:eastAsia="Noto Sans CJK SC"/>
          <w:b/>
          <w:color w:val="1C1C28"/>
          <w:sz w:val="24"/>
        </w:rPr>
        <w:t>4. Planned China Visit</w:t>
      </w:r>
      <w:r>
        <w:rPr>
          <w:rFonts w:ascii="Aptos" w:hAnsi="Aptos" w:eastAsia="Noto Sans CJK SC"/>
          <w:b w:val="0"/>
          <w:color w:val="73737D"/>
          <w:sz w:val="17"/>
        </w:rPr>
        <w:t xml:space="preserve">   访华计划</w:t>
      </w:r>
    </w:p>
    <w:tbl>
      <w:tblPr>
        <w:tblW w:type="auto" w:w="0"/>
        <w:jc w:val="center"/>
        <w:tblLayout w:type="fixed"/>
        <w:tblLook w:firstColumn="1" w:firstRow="1" w:lastColumn="0" w:lastRow="0" w:noHBand="0" w:noVBand="1" w:val="04A0"/>
      </w:tblPr>
      <w:tblGrid>
        <w:gridCol w:w="5328"/>
        <w:gridCol w:w="5328"/>
      </w:tblGrid>
      <w:tr>
        <w:tc>
          <w:tcPr>
            <w:tcW w:type="dxa" w:w="5328"/>
            <w:tcMar>
              <w:top w:w="55" w:type="dxa"/>
              <w:start w:w="90" w:type="dxa"/>
              <w:bottom w:w="55" w:type="dxa"/>
              <w:end w:w="90" w:type="dxa"/>
            </w:tcMar>
            <w:tcBorders>
              <w:bottom w:val="single" w:sz="5" w:color="D9D9DE"/>
            </w:tcBorders>
          </w:tcPr>
          <w:p>
            <w:pPr>
              <w:spacing w:after="0"/>
            </w:pPr>
            <w:r>
              <w:rPr>
                <w:rFonts w:ascii="Aptos" w:hAnsi="Aptos" w:eastAsia="Noto Sans CJK SC"/>
                <w:b/>
                <w:color w:val="1C1C28"/>
                <w:sz w:val="17"/>
              </w:rPr>
              <w:t>Intended Arrival Date</w:t>
            </w:r>
            <w:r>
              <w:rPr>
                <w:rFonts w:ascii="Aptos" w:hAnsi="Aptos" w:eastAsia="Noto Sans CJK SC"/>
                <w:b/>
                <w:color w:val="B31B1C"/>
                <w:sz w:val="13"/>
              </w:rPr>
              <w:t xml:space="preserve">  MATCH COVA</w:t>
            </w:r>
          </w:p>
          <w:p>
            <w:pPr>
              <w:spacing w:after="0"/>
            </w:pPr>
            <w:r>
              <w:rPr>
                <w:rFonts w:ascii="Aptos" w:hAnsi="Aptos" w:eastAsia="Noto Sans CJK SC"/>
                <w:b w:val="0"/>
                <w:color w:val="696973"/>
                <w:sz w:val="14"/>
              </w:rPr>
              <w:t>抵达日期</w:t>
            </w:r>
          </w:p>
          <w:p>
            <w:pPr>
              <w:spacing w:after="0"/>
            </w:pPr>
            <w:r>
              <w:rPr>
                <w:rFonts w:ascii="Aptos" w:hAnsi="Aptos" w:eastAsia="Noto Sans CJK SC"/>
                <w:b w:val="0"/>
                <w:color w:val="64646E"/>
                <w:sz w:val="16"/>
              </w:rPr>
              <w:t>[ENTER HERE]</w:t>
            </w:r>
          </w:p>
        </w:tc>
        <w:tc>
          <w:tcPr>
            <w:tcW w:type="dxa" w:w="5328"/>
            <w:tcMar>
              <w:top w:w="55" w:type="dxa"/>
              <w:start w:w="90" w:type="dxa"/>
              <w:bottom w:w="55" w:type="dxa"/>
              <w:end w:w="90" w:type="dxa"/>
            </w:tcMar>
            <w:tcBorders>
              <w:bottom w:val="single" w:sz="5" w:color="D9D9DE"/>
            </w:tcBorders>
          </w:tcPr>
          <w:p>
            <w:pPr>
              <w:spacing w:after="0"/>
            </w:pPr>
            <w:r>
              <w:rPr>
                <w:rFonts w:ascii="Aptos" w:hAnsi="Aptos" w:eastAsia="Noto Sans CJK SC"/>
                <w:b/>
                <w:color w:val="1C1C28"/>
                <w:sz w:val="17"/>
              </w:rPr>
              <w:t>Intended Departure Date</w:t>
            </w:r>
            <w:r>
              <w:rPr>
                <w:rFonts w:ascii="Aptos" w:hAnsi="Aptos" w:eastAsia="Noto Sans CJK SC"/>
                <w:b/>
                <w:color w:val="B31B1C"/>
                <w:sz w:val="13"/>
              </w:rPr>
              <w:t xml:space="preserve">  MATCH COVA</w:t>
            </w:r>
          </w:p>
          <w:p>
            <w:pPr>
              <w:spacing w:after="0"/>
            </w:pPr>
            <w:r>
              <w:rPr>
                <w:rFonts w:ascii="Aptos" w:hAnsi="Aptos" w:eastAsia="Noto Sans CJK SC"/>
                <w:b w:val="0"/>
                <w:color w:val="696973"/>
                <w:sz w:val="14"/>
              </w:rPr>
              <w:t>离开日期</w:t>
            </w:r>
          </w:p>
          <w:p>
            <w:pPr>
              <w:spacing w:after="0"/>
            </w:pPr>
            <w:r>
              <w:rPr>
                <w:rFonts w:ascii="Aptos" w:hAnsi="Aptos" w:eastAsia="Noto Sans CJK SC"/>
                <w:b w:val="0"/>
                <w:color w:val="64646E"/>
                <w:sz w:val="16"/>
              </w:rPr>
              <w:t>[ENTER HERE]</w:t>
            </w:r>
          </w:p>
        </w:tc>
      </w:tr>
      <w:tr>
        <w:tc>
          <w:tcPr>
            <w:tcW w:type="dxa" w:w="5328"/>
            <w:tcMar>
              <w:top w:w="55" w:type="dxa"/>
              <w:start w:w="90" w:type="dxa"/>
              <w:bottom w:w="55" w:type="dxa"/>
              <w:end w:w="90" w:type="dxa"/>
            </w:tcMar>
            <w:tcBorders>
              <w:bottom w:val="single" w:sz="5" w:color="D9D9DE"/>
            </w:tcBorders>
          </w:tcPr>
          <w:p>
            <w:pPr>
              <w:spacing w:after="0"/>
            </w:pPr>
            <w:r>
              <w:rPr>
                <w:rFonts w:ascii="Aptos" w:hAnsi="Aptos" w:eastAsia="Noto Sans CJK SC"/>
                <w:b/>
                <w:color w:val="1C1C28"/>
                <w:sz w:val="17"/>
              </w:rPr>
              <w:t>Total Planned Stay (Days)</w:t>
            </w:r>
          </w:p>
          <w:p>
            <w:pPr>
              <w:spacing w:after="0"/>
            </w:pPr>
            <w:r>
              <w:rPr>
                <w:rFonts w:ascii="Aptos" w:hAnsi="Aptos" w:eastAsia="Noto Sans CJK SC"/>
                <w:b w:val="0"/>
                <w:color w:val="696973"/>
                <w:sz w:val="14"/>
              </w:rPr>
              <w:t>计划停留天数</w:t>
            </w:r>
          </w:p>
          <w:p>
            <w:pPr>
              <w:spacing w:after="0"/>
            </w:pPr>
            <w:r>
              <w:rPr>
                <w:rFonts w:ascii="Aptos" w:hAnsi="Aptos" w:eastAsia="Noto Sans CJK SC"/>
                <w:b w:val="0"/>
                <w:color w:val="64646E"/>
                <w:sz w:val="16"/>
              </w:rPr>
              <w:t>[ENTER HERE]</w:t>
            </w:r>
          </w:p>
        </w:tc>
        <w:tc>
          <w:tcPr>
            <w:tcW w:type="dxa" w:w="5328"/>
            <w:tcMar>
              <w:top w:w="55" w:type="dxa"/>
              <w:start w:w="90" w:type="dxa"/>
              <w:bottom w:w="55" w:type="dxa"/>
              <w:end w:w="90" w:type="dxa"/>
            </w:tcMar>
            <w:tcBorders>
              <w:bottom w:val="single" w:sz="5" w:color="D9D9DE"/>
            </w:tcBorders>
          </w:tcPr>
          <w:p>
            <w:pPr>
              <w:spacing w:after="0"/>
            </w:pPr>
            <w:r>
              <w:rPr>
                <w:rFonts w:ascii="Aptos" w:hAnsi="Aptos" w:eastAsia="Noto Sans CJK SC"/>
                <w:b/>
                <w:color w:val="1C1C28"/>
                <w:sz w:val="17"/>
              </w:rPr>
              <w:t>Primary City / Province</w:t>
            </w:r>
            <w:r>
              <w:rPr>
                <w:rFonts w:ascii="Aptos" w:hAnsi="Aptos" w:eastAsia="Noto Sans CJK SC"/>
                <w:b/>
                <w:color w:val="B31B1C"/>
                <w:sz w:val="13"/>
              </w:rPr>
              <w:t xml:space="preserve">  MATCH COVA</w:t>
            </w:r>
          </w:p>
          <w:p>
            <w:pPr>
              <w:spacing w:after="0"/>
            </w:pPr>
            <w:r>
              <w:rPr>
                <w:rFonts w:ascii="Aptos" w:hAnsi="Aptos" w:eastAsia="Noto Sans CJK SC"/>
                <w:b w:val="0"/>
                <w:color w:val="696973"/>
                <w:sz w:val="14"/>
              </w:rPr>
              <w:t>主要城市/省份</w:t>
            </w:r>
          </w:p>
          <w:p>
            <w:pPr>
              <w:spacing w:after="0"/>
            </w:pPr>
            <w:r>
              <w:rPr>
                <w:rFonts w:ascii="Aptos" w:hAnsi="Aptos" w:eastAsia="Noto Sans CJK SC"/>
                <w:b w:val="0"/>
                <w:color w:val="64646E"/>
                <w:sz w:val="16"/>
              </w:rPr>
              <w:t>[ENTER HERE]</w:t>
            </w:r>
          </w:p>
        </w:tc>
      </w:tr>
    </w:tbl>
    <w:p>
      <w:pPr>
        <w:spacing w:after="80"/>
      </w:pPr>
      <w:r>
        <w:rPr>
          <w:rFonts w:ascii="Aptos" w:hAnsi="Aptos" w:eastAsia="Noto Sans CJK SC"/>
          <w:b w:val="0"/>
          <w:color w:val="B31B1C"/>
          <w:sz w:val="14"/>
        </w:rPr>
        <w:t>Dates, cities, and purpose should be consistent with COVA. The stay length should make sense with the dates.</w:t>
      </w:r>
    </w:p>
    <w:p>
      <w:pPr>
        <w:spacing w:after="40"/>
      </w:pPr>
      <w:r>
        <w:rPr>
          <w:rFonts w:ascii="Aptos" w:hAnsi="Aptos" w:eastAsia="Noto Sans CJK SC"/>
          <w:b/>
          <w:color w:val="1C1C28"/>
          <w:sz w:val="19"/>
        </w:rPr>
        <w:t>Detailed Business Itinerary  详细商务行程</w:t>
      </w:r>
    </w:p>
    <w:tbl>
      <w:tblPr>
        <w:tblStyle w:val="TableGrid"/>
        <w:tblW w:type="auto" w:w="0"/>
        <w:jc w:val="center"/>
        <w:tblLayout w:type="fixed"/>
        <w:tblLook w:firstColumn="1" w:firstRow="1" w:lastColumn="0" w:lastRow="0" w:noHBand="0" w:noVBand="1" w:val="04A0"/>
      </w:tblPr>
      <w:tblGrid>
        <w:gridCol w:w="2664"/>
        <w:gridCol w:w="2664"/>
        <w:gridCol w:w="2664"/>
        <w:gridCol w:w="2664"/>
      </w:tblGrid>
      <w:tr>
        <w:tc>
          <w:tcPr>
            <w:tcW w:type="dxa" w:w="2664"/>
            <w:shd w:fill="1C1C28"/>
            <w:tcMar>
              <w:top w:w="55" w:type="dxa"/>
              <w:start w:w="50" w:type="dxa"/>
              <w:bottom w:w="55" w:type="dxa"/>
              <w:end w:w="50" w:type="dxa"/>
            </w:tcMar>
          </w:tcPr>
          <w:p>
            <w:pPr>
              <w:jc w:val="center"/>
            </w:pPr>
            <w:r>
              <w:rPr>
                <w:rFonts w:ascii="Aptos" w:hAnsi="Aptos" w:eastAsia="Noto Sans CJK SC"/>
                <w:b/>
                <w:color w:val="FFFFFF"/>
                <w:sz w:val="14"/>
              </w:rPr>
              <w:t>City / Place</w:t>
              <w:br/>
              <w:t>城市/地点</w:t>
            </w:r>
          </w:p>
        </w:tc>
        <w:tc>
          <w:tcPr>
            <w:tcW w:type="dxa" w:w="2664"/>
            <w:shd w:fill="1C1C28"/>
            <w:tcMar>
              <w:top w:w="55" w:type="dxa"/>
              <w:start w:w="50" w:type="dxa"/>
              <w:bottom w:w="55" w:type="dxa"/>
              <w:end w:w="50" w:type="dxa"/>
            </w:tcMar>
          </w:tcPr>
          <w:p>
            <w:pPr>
              <w:jc w:val="center"/>
            </w:pPr>
            <w:r>
              <w:rPr>
                <w:rFonts w:ascii="Aptos" w:hAnsi="Aptos" w:eastAsia="Noto Sans CJK SC"/>
                <w:b/>
                <w:color w:val="FFFFFF"/>
                <w:sz w:val="14"/>
              </w:rPr>
              <w:t>Company / Facility</w:t>
              <w:br/>
              <w:t>公司/地点</w:t>
            </w:r>
          </w:p>
        </w:tc>
        <w:tc>
          <w:tcPr>
            <w:tcW w:type="dxa" w:w="2664"/>
            <w:shd w:fill="1C1C28"/>
            <w:tcMar>
              <w:top w:w="55" w:type="dxa"/>
              <w:start w:w="50" w:type="dxa"/>
              <w:bottom w:w="55" w:type="dxa"/>
              <w:end w:w="50" w:type="dxa"/>
            </w:tcMar>
          </w:tcPr>
          <w:p>
            <w:pPr>
              <w:jc w:val="center"/>
            </w:pPr>
            <w:r>
              <w:rPr>
                <w:rFonts w:ascii="Aptos" w:hAnsi="Aptos" w:eastAsia="Noto Sans CJK SC"/>
                <w:b/>
                <w:color w:val="FFFFFF"/>
                <w:sz w:val="14"/>
              </w:rPr>
              <w:t>Dates</w:t>
              <w:br/>
              <w:t>日期</w:t>
            </w:r>
          </w:p>
        </w:tc>
        <w:tc>
          <w:tcPr>
            <w:tcW w:type="dxa" w:w="2664"/>
            <w:shd w:fill="1C1C28"/>
            <w:tcMar>
              <w:top w:w="55" w:type="dxa"/>
              <w:start w:w="50" w:type="dxa"/>
              <w:bottom w:w="55" w:type="dxa"/>
              <w:end w:w="50" w:type="dxa"/>
            </w:tcMar>
          </w:tcPr>
          <w:p>
            <w:pPr>
              <w:jc w:val="center"/>
            </w:pPr>
            <w:r>
              <w:rPr>
                <w:rFonts w:ascii="Aptos" w:hAnsi="Aptos" w:eastAsia="Noto Sans CJK SC"/>
                <w:b/>
                <w:color w:val="FFFFFF"/>
                <w:sz w:val="14"/>
              </w:rPr>
              <w:t>Commercial Activity</w:t>
              <w:br/>
              <w:t>商务活动</w:t>
            </w:r>
          </w:p>
        </w:tc>
      </w:tr>
      <w:tr>
        <w:tc>
          <w:tcPr>
            <w:tcW w:type="dxa" w:w="2664"/>
            <w:tcMar>
              <w:top w:w="55" w:type="dxa"/>
              <w:start w:w="50" w:type="dxa"/>
              <w:bottom w:w="55" w:type="dxa"/>
              <w:end w:w="50" w:type="dxa"/>
            </w:tcMar>
          </w:tcPr>
          <w:p>
            <w:r>
              <w:rPr>
                <w:rFonts w:ascii="Aptos" w:hAnsi="Aptos" w:eastAsia="Noto Sans CJK SC"/>
                <w:b w:val="0"/>
                <w:color w:val="6E6E78"/>
                <w:sz w:val="15"/>
              </w:rPr>
              <w:t>[ENTER]</w:t>
            </w:r>
          </w:p>
        </w:tc>
        <w:tc>
          <w:tcPr>
            <w:tcW w:type="dxa" w:w="2664"/>
            <w:tcMar>
              <w:top w:w="55" w:type="dxa"/>
              <w:start w:w="50" w:type="dxa"/>
              <w:bottom w:w="55" w:type="dxa"/>
              <w:end w:w="50" w:type="dxa"/>
            </w:tcMar>
          </w:tcPr>
          <w:p>
            <w:r>
              <w:rPr>
                <w:rFonts w:ascii="Aptos" w:hAnsi="Aptos" w:eastAsia="Noto Sans CJK SC"/>
                <w:b w:val="0"/>
                <w:color w:val="6E6E78"/>
                <w:sz w:val="15"/>
              </w:rPr>
              <w:t>[ENTER]</w:t>
            </w:r>
          </w:p>
        </w:tc>
        <w:tc>
          <w:tcPr>
            <w:tcW w:type="dxa" w:w="2664"/>
            <w:tcMar>
              <w:top w:w="55" w:type="dxa"/>
              <w:start w:w="50" w:type="dxa"/>
              <w:bottom w:w="55" w:type="dxa"/>
              <w:end w:w="50" w:type="dxa"/>
            </w:tcMar>
          </w:tcPr>
          <w:p>
            <w:r>
              <w:rPr>
                <w:rFonts w:ascii="Aptos" w:hAnsi="Aptos" w:eastAsia="Noto Sans CJK SC"/>
                <w:b w:val="0"/>
                <w:color w:val="6E6E78"/>
                <w:sz w:val="15"/>
              </w:rPr>
              <w:t>[ENTER]</w:t>
            </w:r>
          </w:p>
        </w:tc>
        <w:tc>
          <w:tcPr>
            <w:tcW w:type="dxa" w:w="2664"/>
            <w:tcMar>
              <w:top w:w="55" w:type="dxa"/>
              <w:start w:w="50" w:type="dxa"/>
              <w:bottom w:w="55" w:type="dxa"/>
              <w:end w:w="50" w:type="dxa"/>
            </w:tcMar>
          </w:tcPr>
          <w:p>
            <w:r>
              <w:rPr>
                <w:rFonts w:ascii="Aptos" w:hAnsi="Aptos" w:eastAsia="Noto Sans CJK SC"/>
                <w:b w:val="0"/>
                <w:color w:val="6E6E78"/>
                <w:sz w:val="15"/>
              </w:rPr>
              <w:t>[ENTER]</w:t>
            </w:r>
          </w:p>
        </w:tc>
      </w:tr>
      <w:tr>
        <w:tc>
          <w:tcPr>
            <w:tcW w:type="dxa" w:w="2664"/>
            <w:tcMar>
              <w:top w:w="55" w:type="dxa"/>
              <w:start w:w="50" w:type="dxa"/>
              <w:bottom w:w="55" w:type="dxa"/>
              <w:end w:w="50" w:type="dxa"/>
            </w:tcMar>
          </w:tcPr>
          <w:p>
            <w:r>
              <w:rPr>
                <w:rFonts w:ascii="Aptos" w:hAnsi="Aptos" w:eastAsia="Noto Sans CJK SC"/>
                <w:b w:val="0"/>
                <w:color w:val="6E6E78"/>
                <w:sz w:val="15"/>
              </w:rPr>
              <w:t>[ENTER]</w:t>
            </w:r>
          </w:p>
        </w:tc>
        <w:tc>
          <w:tcPr>
            <w:tcW w:type="dxa" w:w="2664"/>
            <w:tcMar>
              <w:top w:w="55" w:type="dxa"/>
              <w:start w:w="50" w:type="dxa"/>
              <w:bottom w:w="55" w:type="dxa"/>
              <w:end w:w="50" w:type="dxa"/>
            </w:tcMar>
          </w:tcPr>
          <w:p>
            <w:r>
              <w:rPr>
                <w:rFonts w:ascii="Aptos" w:hAnsi="Aptos" w:eastAsia="Noto Sans CJK SC"/>
                <w:b w:val="0"/>
                <w:color w:val="6E6E78"/>
                <w:sz w:val="15"/>
              </w:rPr>
              <w:t>[ENTER]</w:t>
            </w:r>
          </w:p>
        </w:tc>
        <w:tc>
          <w:tcPr>
            <w:tcW w:type="dxa" w:w="2664"/>
            <w:tcMar>
              <w:top w:w="55" w:type="dxa"/>
              <w:start w:w="50" w:type="dxa"/>
              <w:bottom w:w="55" w:type="dxa"/>
              <w:end w:w="50" w:type="dxa"/>
            </w:tcMar>
          </w:tcPr>
          <w:p>
            <w:r>
              <w:rPr>
                <w:rFonts w:ascii="Aptos" w:hAnsi="Aptos" w:eastAsia="Noto Sans CJK SC"/>
                <w:b w:val="0"/>
                <w:color w:val="6E6E78"/>
                <w:sz w:val="15"/>
              </w:rPr>
              <w:t>[ENTER]</w:t>
            </w:r>
          </w:p>
        </w:tc>
        <w:tc>
          <w:tcPr>
            <w:tcW w:type="dxa" w:w="2664"/>
            <w:tcMar>
              <w:top w:w="55" w:type="dxa"/>
              <w:start w:w="50" w:type="dxa"/>
              <w:bottom w:w="55" w:type="dxa"/>
              <w:end w:w="50" w:type="dxa"/>
            </w:tcMar>
          </w:tcPr>
          <w:p>
            <w:r>
              <w:rPr>
                <w:rFonts w:ascii="Aptos" w:hAnsi="Aptos" w:eastAsia="Noto Sans CJK SC"/>
                <w:b w:val="0"/>
                <w:color w:val="6E6E78"/>
                <w:sz w:val="15"/>
              </w:rPr>
              <w:t>[ENTER]</w:t>
            </w:r>
          </w:p>
        </w:tc>
      </w:tr>
      <w:tr>
        <w:tc>
          <w:tcPr>
            <w:tcW w:type="dxa" w:w="2664"/>
            <w:tcMar>
              <w:top w:w="55" w:type="dxa"/>
              <w:start w:w="50" w:type="dxa"/>
              <w:bottom w:w="55" w:type="dxa"/>
              <w:end w:w="50" w:type="dxa"/>
            </w:tcMar>
          </w:tcPr>
          <w:p>
            <w:r>
              <w:rPr>
                <w:rFonts w:ascii="Aptos" w:hAnsi="Aptos" w:eastAsia="Noto Sans CJK SC"/>
                <w:b w:val="0"/>
                <w:color w:val="6E6E78"/>
                <w:sz w:val="15"/>
              </w:rPr>
              <w:t>[ENTER]</w:t>
            </w:r>
          </w:p>
        </w:tc>
        <w:tc>
          <w:tcPr>
            <w:tcW w:type="dxa" w:w="2664"/>
            <w:tcMar>
              <w:top w:w="55" w:type="dxa"/>
              <w:start w:w="50" w:type="dxa"/>
              <w:bottom w:w="55" w:type="dxa"/>
              <w:end w:w="50" w:type="dxa"/>
            </w:tcMar>
          </w:tcPr>
          <w:p>
            <w:r>
              <w:rPr>
                <w:rFonts w:ascii="Aptos" w:hAnsi="Aptos" w:eastAsia="Noto Sans CJK SC"/>
                <w:b w:val="0"/>
                <w:color w:val="6E6E78"/>
                <w:sz w:val="15"/>
              </w:rPr>
              <w:t>[ENTER]</w:t>
            </w:r>
          </w:p>
        </w:tc>
        <w:tc>
          <w:tcPr>
            <w:tcW w:type="dxa" w:w="2664"/>
            <w:tcMar>
              <w:top w:w="55" w:type="dxa"/>
              <w:start w:w="50" w:type="dxa"/>
              <w:bottom w:w="55" w:type="dxa"/>
              <w:end w:w="50" w:type="dxa"/>
            </w:tcMar>
          </w:tcPr>
          <w:p>
            <w:r>
              <w:rPr>
                <w:rFonts w:ascii="Aptos" w:hAnsi="Aptos" w:eastAsia="Noto Sans CJK SC"/>
                <w:b w:val="0"/>
                <w:color w:val="6E6E78"/>
                <w:sz w:val="15"/>
              </w:rPr>
              <w:t>[ENTER]</w:t>
            </w:r>
          </w:p>
        </w:tc>
        <w:tc>
          <w:tcPr>
            <w:tcW w:type="dxa" w:w="2664"/>
            <w:tcMar>
              <w:top w:w="55" w:type="dxa"/>
              <w:start w:w="50" w:type="dxa"/>
              <w:bottom w:w="55" w:type="dxa"/>
              <w:end w:w="50" w:type="dxa"/>
            </w:tcMar>
          </w:tcPr>
          <w:p>
            <w:r>
              <w:rPr>
                <w:rFonts w:ascii="Aptos" w:hAnsi="Aptos" w:eastAsia="Noto Sans CJK SC"/>
                <w:b w:val="0"/>
                <w:color w:val="6E6E78"/>
                <w:sz w:val="15"/>
              </w:rPr>
              <w:t>[ENTER]</w:t>
            </w:r>
          </w:p>
        </w:tc>
      </w:tr>
    </w:tbl>
    <w:p>
      <w:pPr>
        <w:spacing w:before="100" w:after="60"/>
        <w:keepNext/>
      </w:pPr>
      <w:r>
        <w:rPr>
          <w:rFonts w:ascii="Aptos" w:hAnsi="Aptos" w:eastAsia="Noto Sans CJK SC"/>
          <w:b/>
          <w:color w:val="1C1C28"/>
          <w:sz w:val="24"/>
        </w:rPr>
        <w:t>5. Travel Expenses</w:t>
      </w:r>
      <w:r>
        <w:rPr>
          <w:rFonts w:ascii="Aptos" w:hAnsi="Aptos" w:eastAsia="Noto Sans CJK SC"/>
          <w:b w:val="0"/>
          <w:color w:val="73737D"/>
          <w:sz w:val="17"/>
        </w:rPr>
        <w:t xml:space="preserve">   赴华费用来源</w:t>
      </w:r>
    </w:p>
    <w:p>
      <w:pPr>
        <w:spacing w:after="40"/>
      </w:pPr>
      <w:r>
        <w:rPr>
          <w:rFonts w:ascii="Aptos" w:hAnsi="Aptos" w:eastAsia="Noto Sans CJK SC"/>
          <w:b w:val="0"/>
          <w:color w:val="1C1C28"/>
          <w:sz w:val="17"/>
        </w:rPr>
        <w:t xml:space="preserve">☐ Applicant     </w:t>
      </w:r>
      <w:r>
        <w:rPr>
          <w:rFonts w:ascii="Aptos" w:hAnsi="Aptos" w:eastAsia="Noto Sans CJK SC"/>
          <w:b w:val="0"/>
          <w:color w:val="1C1C28"/>
          <w:sz w:val="17"/>
        </w:rPr>
        <w:t xml:space="preserve">☐ Applicant's Employer     </w:t>
      </w:r>
      <w:r>
        <w:rPr>
          <w:rFonts w:ascii="Aptos" w:hAnsi="Aptos" w:eastAsia="Noto Sans CJK SC"/>
          <w:b w:val="0"/>
          <w:color w:val="1C1C28"/>
          <w:sz w:val="17"/>
        </w:rPr>
        <w:t xml:space="preserve">☐ Inviting Company     </w:t>
      </w:r>
      <w:r>
        <w:rPr>
          <w:rFonts w:ascii="Aptos" w:hAnsi="Aptos" w:eastAsia="Noto Sans CJK SC"/>
          <w:b w:val="0"/>
          <w:color w:val="1C1C28"/>
          <w:sz w:val="17"/>
        </w:rPr>
        <w:t xml:space="preserve">☐ Other: ____________________     </w:t>
      </w:r>
    </w:p>
    <w:p>
      <w:pPr>
        <w:spacing w:after="80"/>
      </w:pPr>
      <w:r>
        <w:rPr>
          <w:rFonts w:ascii="Aptos" w:hAnsi="Aptos" w:eastAsia="Noto Sans CJK SC"/>
          <w:b w:val="0"/>
          <w:color w:val="B31B1C"/>
          <w:sz w:val="14"/>
        </w:rPr>
        <w:t>Keep the expense payer consistent with COVA.</w:t>
      </w:r>
    </w:p>
    <w:p>
      <w:pPr>
        <w:spacing w:before="100" w:after="60"/>
        <w:keepNext/>
      </w:pPr>
      <w:r>
        <w:rPr>
          <w:rFonts w:ascii="Aptos" w:hAnsi="Aptos" w:eastAsia="Noto Sans CJK SC"/>
          <w:b/>
          <w:color w:val="1C1C28"/>
          <w:sz w:val="24"/>
        </w:rPr>
        <w:t>6. Invitation Declaration</w:t>
      </w:r>
      <w:r>
        <w:rPr>
          <w:rFonts w:ascii="Aptos" w:hAnsi="Aptos" w:eastAsia="Noto Sans CJK SC"/>
          <w:b w:val="0"/>
          <w:color w:val="73737D"/>
          <w:sz w:val="17"/>
        </w:rPr>
        <w:t xml:space="preserve">   邀请声明</w:t>
      </w:r>
    </w:p>
    <w:tbl>
      <w:tblPr>
        <w:tblW w:type="auto" w:w="0"/>
        <w:tblLook w:firstColumn="1" w:firstRow="1" w:lastColumn="0" w:lastRow="0" w:noHBand="0" w:noVBand="1" w:val="04A0"/>
      </w:tblPr>
      <w:tblGrid>
        <w:gridCol w:w="10656"/>
      </w:tblGrid>
      <w:tr>
        <w:tc>
          <w:tcPr>
            <w:tcW w:type="dxa" w:w="10656"/>
            <w:shd w:fill="F8F8FA"/>
            <w:tcMar>
              <w:top w:w="75" w:type="dxa"/>
              <w:start w:w="95" w:type="dxa"/>
              <w:bottom w:w="75" w:type="dxa"/>
              <w:end w:w="95" w:type="dxa"/>
            </w:tcMar>
            <w:tcBorders>
              <w:top w:val="single" w:sz="5" w:color="E0E0E5"/>
              <w:bottom w:val="single" w:sz="5" w:color="E0E0E5"/>
              <w:left w:val="single" w:sz="5" w:color="E0E0E5"/>
              <w:right w:val="single" w:sz="5" w:color="E0E0E5"/>
            </w:tcBorders>
          </w:tcPr>
          <w:p>
            <w:pPr>
              <w:spacing w:after="40"/>
            </w:pPr>
            <w:r>
              <w:rPr>
                <w:rFonts w:ascii="Aptos" w:hAnsi="Aptos" w:eastAsia="Noto Sans CJK SC"/>
                <w:b w:val="0"/>
                <w:color w:val="1C1C28"/>
                <w:sz w:val="16"/>
              </w:rPr>
              <w:t>We, [INVITING COMPANY], hereby invite [APPLICANT FULL NAME] to China for the legitimate commercial and trade activities described in this letter.</w:t>
            </w:r>
          </w:p>
          <w:p>
            <w:pPr>
              <w:spacing w:after="40"/>
            </w:pPr>
            <w:r>
              <w:rPr>
                <w:rFonts w:ascii="Aptos" w:hAnsi="Aptos" w:eastAsia="Noto Sans CJK SC"/>
                <w:b w:val="0"/>
                <w:color w:val="1C1C28"/>
                <w:sz w:val="16"/>
              </w:rPr>
              <w:t>We confirm that the information in this invitation letter is true and accurate to the best of our knowledge. Our company contact listed above is available to verify this invitation and the planned business activities if additional information is requested.</w:t>
            </w:r>
          </w:p>
          <w:p>
            <w:pPr>
              <w:spacing w:after="40"/>
            </w:pPr>
            <w:r>
              <w:rPr>
                <w:rFonts w:ascii="Aptos" w:hAnsi="Aptos" w:eastAsia="Noto Sans CJK SC"/>
                <w:b w:val="0"/>
                <w:color w:val="1C1C28"/>
                <w:sz w:val="16"/>
              </w:rPr>
              <w:t>We understand that visa issuance, category, validity, number of entries, and permitted duration of stay are determined by the Chinese Embassy or Consulate.</w:t>
            </w:r>
          </w:p>
          <w:p>
            <w:pPr>
              <w:spacing w:after="40"/>
            </w:pPr>
            <w:r>
              <w:rPr>
                <w:rFonts w:ascii="Aptos" w:hAnsi="Aptos" w:eastAsia="Noto Sans CJK SC"/>
                <w:b w:val="0"/>
                <w:color w:val="64646E"/>
                <w:sz w:val="14"/>
              </w:rPr>
              <w:t>我单位确认本邀请函所填信息真实、准确，并知悉签证签发及具体签证条件由中国使领馆依法决定。</w:t>
            </w:r>
          </w:p>
        </w:tc>
      </w:tr>
    </w:tbl>
    <w:p>
      <w:pPr>
        <w:spacing w:before="100" w:after="60"/>
        <w:keepNext/>
      </w:pPr>
      <w:r>
        <w:rPr>
          <w:rFonts w:ascii="Aptos" w:hAnsi="Aptos" w:eastAsia="Noto Sans CJK SC"/>
          <w:b/>
          <w:color w:val="1C1C28"/>
          <w:sz w:val="24"/>
        </w:rPr>
        <w:t>7. Inviting Company Authorization</w:t>
      </w:r>
      <w:r>
        <w:rPr>
          <w:rFonts w:ascii="Aptos" w:hAnsi="Aptos" w:eastAsia="Noto Sans CJK SC"/>
          <w:b w:val="0"/>
          <w:color w:val="73737D"/>
          <w:sz w:val="17"/>
        </w:rPr>
        <w:t xml:space="preserve">   邀请单位签署</w:t>
      </w:r>
    </w:p>
    <w:tbl>
      <w:tblPr>
        <w:tblW w:type="auto" w:w="0"/>
        <w:jc w:val="center"/>
        <w:tblLayout w:type="fixed"/>
        <w:tblLook w:firstColumn="1" w:firstRow="1" w:lastColumn="0" w:lastRow="0" w:noHBand="0" w:noVBand="1" w:val="04A0"/>
      </w:tblPr>
      <w:tblGrid>
        <w:gridCol w:w="3552"/>
        <w:gridCol w:w="3552"/>
        <w:gridCol w:w="3552"/>
      </w:tblGrid>
      <w:tr>
        <w:tc>
          <w:tcPr>
            <w:tcW w:type="dxa" w:w="3552"/>
            <w:tcMar>
              <w:top w:w="40" w:type="dxa"/>
              <w:start w:w="65" w:type="dxa"/>
              <w:bottom w:w="40" w:type="dxa"/>
              <w:end w:w="65" w:type="dxa"/>
            </w:tcMar>
            <w:tcBorders>
              <w:bottom w:val="single" w:sz="5" w:color="D9D9DE"/>
            </w:tcBorders>
          </w:tcPr>
          <w:p>
            <w:pPr>
              <w:spacing w:after="0"/>
            </w:pPr>
            <w:r>
              <w:rPr>
                <w:rFonts w:ascii="Aptos" w:hAnsi="Aptos" w:eastAsia="Noto Sans CJK SC"/>
                <w:b/>
                <w:color w:val="1C1C28"/>
                <w:sz w:val="17"/>
              </w:rPr>
              <w:t>Legal Representative Name</w:t>
            </w:r>
          </w:p>
          <w:p>
            <w:pPr>
              <w:spacing w:after="0"/>
            </w:pPr>
            <w:r>
              <w:rPr>
                <w:rFonts w:ascii="Aptos" w:hAnsi="Aptos" w:eastAsia="Noto Sans CJK SC"/>
                <w:b w:val="0"/>
                <w:color w:val="696973"/>
                <w:sz w:val="14"/>
              </w:rPr>
              <w:t>法定代表人姓名</w:t>
            </w:r>
          </w:p>
          <w:p>
            <w:pPr>
              <w:spacing w:after="0"/>
            </w:pPr>
            <w:r>
              <w:rPr>
                <w:rFonts w:ascii="Aptos" w:hAnsi="Aptos" w:eastAsia="Noto Sans CJK SC"/>
                <w:b w:val="0"/>
                <w:color w:val="64646E"/>
                <w:sz w:val="16"/>
              </w:rPr>
              <w:t>[ENTER]</w:t>
            </w:r>
          </w:p>
        </w:tc>
        <w:tc>
          <w:tcPr>
            <w:tcW w:type="dxa" w:w="3552"/>
            <w:tcMar>
              <w:top w:w="40" w:type="dxa"/>
              <w:start w:w="65" w:type="dxa"/>
              <w:bottom w:w="40" w:type="dxa"/>
              <w:end w:w="65" w:type="dxa"/>
            </w:tcMar>
            <w:tcBorders>
              <w:bottom w:val="single" w:sz="5" w:color="D9D9DE"/>
            </w:tcBorders>
          </w:tcPr>
          <w:p>
            <w:pPr>
              <w:spacing w:after="0"/>
            </w:pPr>
            <w:r>
              <w:rPr>
                <w:rFonts w:ascii="Aptos" w:hAnsi="Aptos" w:eastAsia="Noto Sans CJK SC"/>
                <w:b/>
                <w:color w:val="1C1C28"/>
                <w:sz w:val="17"/>
              </w:rPr>
              <w:t>Title</w:t>
            </w:r>
          </w:p>
          <w:p>
            <w:pPr>
              <w:spacing w:after="0"/>
            </w:pPr>
            <w:r>
              <w:rPr>
                <w:rFonts w:ascii="Aptos" w:hAnsi="Aptos" w:eastAsia="Noto Sans CJK SC"/>
                <w:b w:val="0"/>
                <w:color w:val="696973"/>
                <w:sz w:val="14"/>
              </w:rPr>
              <w:t>职务</w:t>
            </w:r>
          </w:p>
          <w:p>
            <w:pPr>
              <w:spacing w:after="0"/>
            </w:pPr>
            <w:r>
              <w:rPr>
                <w:rFonts w:ascii="Aptos" w:hAnsi="Aptos" w:eastAsia="Noto Sans CJK SC"/>
                <w:b w:val="0"/>
                <w:color w:val="64646E"/>
                <w:sz w:val="16"/>
              </w:rPr>
              <w:t>[ENTER]</w:t>
            </w:r>
          </w:p>
        </w:tc>
        <w:tc>
          <w:tcPr>
            <w:tcW w:type="dxa" w:w="3552"/>
            <w:vMerge w:val="restart"/>
            <w:shd w:fill="FBFBFC"/>
            <w:tcMar>
              <w:top w:w="55" w:type="dxa"/>
              <w:start w:w="60" w:type="dxa"/>
              <w:bottom w:w="55" w:type="dxa"/>
              <w:end w:w="60" w:type="dxa"/>
            </w:tcMar>
            <w:tcBorders>
              <w:top w:val="dashed" w:sz="8" w:color="B8922A"/>
              <w:bottom w:val="dashed" w:sz="8" w:color="B8922A"/>
              <w:left w:val="dashed" w:sz="8" w:color="B8922A"/>
              <w:right w:val="dashed" w:sz="8" w:color="B8922A"/>
            </w:tcBorders>
          </w:tcPr>
          <w:p>
            <w:pPr>
              <w:jc w:val="center"/>
            </w:pPr>
            <w:r>
              <w:rPr>
                <w:rFonts w:ascii="Aptos" w:hAnsi="Aptos" w:eastAsia="Noto Sans CJK SC"/>
                <w:b/>
                <w:color w:val="916E23"/>
                <w:sz w:val="15"/>
              </w:rPr>
              <w:t>OFFICIAL COMPANY SEAL / CHOP</w:t>
            </w:r>
          </w:p>
          <w:p>
            <w:pPr>
              <w:spacing w:after="0"/>
              <w:jc w:val="center"/>
            </w:pPr>
            <w:r>
              <w:rPr>
                <w:rFonts w:ascii="Aptos" w:hAnsi="Aptos" w:eastAsia="Noto Sans CJK SC"/>
                <w:b/>
                <w:color w:val="916E23"/>
                <w:sz w:val="14"/>
              </w:rPr>
              <w:t>单位公章</w:t>
            </w:r>
          </w:p>
          <w:p>
            <w:pPr>
              <w:spacing w:after="0"/>
              <w:jc w:val="center"/>
            </w:pPr>
            <w:r>
              <w:rPr>
                <w:rFonts w:ascii="Aptos" w:hAnsi="Aptos" w:eastAsia="Noto Sans CJK SC"/>
                <w:b w:val="0"/>
                <w:color w:val="73737D"/>
                <w:sz w:val="14"/>
              </w:rPr>
              <w:t>[ AFFIX SEAL HERE ]</w:t>
            </w:r>
          </w:p>
        </w:tc>
      </w:tr>
      <w:tr>
        <w:tc>
          <w:tcPr>
            <w:tcW w:type="dxa" w:w="3552"/>
            <w:tcMar>
              <w:top w:w="40" w:type="dxa"/>
              <w:start w:w="65" w:type="dxa"/>
              <w:bottom w:w="40" w:type="dxa"/>
              <w:end w:w="65" w:type="dxa"/>
            </w:tcMar>
            <w:tcBorders>
              <w:bottom w:val="single" w:sz="5" w:color="D9D9DE"/>
            </w:tcBorders>
          </w:tcPr>
          <w:p>
            <w:pPr>
              <w:spacing w:after="0"/>
            </w:pPr>
            <w:r>
              <w:rPr>
                <w:rFonts w:ascii="Aptos" w:hAnsi="Aptos" w:eastAsia="Noto Sans CJK SC"/>
                <w:b/>
                <w:color w:val="1C1C28"/>
                <w:sz w:val="17"/>
              </w:rPr>
              <w:t>Signature</w:t>
            </w:r>
          </w:p>
          <w:p>
            <w:pPr>
              <w:spacing w:after="0"/>
            </w:pPr>
            <w:r>
              <w:rPr>
                <w:rFonts w:ascii="Aptos" w:hAnsi="Aptos" w:eastAsia="Noto Sans CJK SC"/>
                <w:b w:val="0"/>
                <w:color w:val="696973"/>
                <w:sz w:val="14"/>
              </w:rPr>
              <w:t>签字</w:t>
            </w:r>
          </w:p>
          <w:p>
            <w:pPr>
              <w:spacing w:after="0"/>
            </w:pPr>
            <w:r>
              <w:rPr>
                <w:rFonts w:ascii="Aptos" w:hAnsi="Aptos" w:eastAsia="Noto Sans CJK SC"/>
                <w:b w:val="0"/>
                <w:color w:val="64646E"/>
                <w:sz w:val="16"/>
              </w:rPr>
              <w:t>[SIGN HERE]</w:t>
            </w:r>
          </w:p>
        </w:tc>
        <w:tc>
          <w:tcPr>
            <w:tcW w:type="dxa" w:w="3552"/>
            <w:tcMar>
              <w:top w:w="40" w:type="dxa"/>
              <w:start w:w="65" w:type="dxa"/>
              <w:bottom w:w="40" w:type="dxa"/>
              <w:end w:w="65" w:type="dxa"/>
            </w:tcMar>
            <w:tcBorders>
              <w:bottom w:val="single" w:sz="5" w:color="D9D9DE"/>
            </w:tcBorders>
          </w:tcPr>
          <w:p>
            <w:pPr>
              <w:spacing w:after="0"/>
            </w:pPr>
            <w:r>
              <w:rPr>
                <w:rFonts w:ascii="Aptos" w:hAnsi="Aptos" w:eastAsia="Noto Sans CJK SC"/>
                <w:b/>
                <w:color w:val="1C1C28"/>
                <w:sz w:val="17"/>
              </w:rPr>
              <w:t>Date</w:t>
            </w:r>
          </w:p>
          <w:p>
            <w:pPr>
              <w:spacing w:after="0"/>
            </w:pPr>
            <w:r>
              <w:rPr>
                <w:rFonts w:ascii="Aptos" w:hAnsi="Aptos" w:eastAsia="Noto Sans CJK SC"/>
                <w:b w:val="0"/>
                <w:color w:val="696973"/>
                <w:sz w:val="14"/>
              </w:rPr>
              <w:t>日期</w:t>
            </w:r>
          </w:p>
          <w:p>
            <w:pPr>
              <w:spacing w:after="0"/>
            </w:pPr>
            <w:r>
              <w:rPr>
                <w:rFonts w:ascii="Aptos" w:hAnsi="Aptos" w:eastAsia="Noto Sans CJK SC"/>
                <w:b w:val="0"/>
                <w:color w:val="64646E"/>
                <w:sz w:val="16"/>
              </w:rPr>
              <w:t>[ENTER]</w:t>
            </w:r>
          </w:p>
        </w:tc>
        <w:tc>
          <w:tcPr>
            <w:tcW w:type="dxa" w:w="3552"/>
            <w:vMerge/>
          </w:tcPr>
          <w:p/>
        </w:tc>
      </w:tr>
    </w:tbl>
    <w:sectPr w:rsidR="00FC693F" w:rsidRPr="0006063C" w:rsidSect="00034616">
      <w:headerReference w:type="default" r:id="rId9"/>
      <w:footerReference w:type="default" r:id="rId10"/>
      <w:pgSz w:w="12240" w:h="15840"/>
      <w:pgMar w:top="605" w:right="792" w:bottom="605" w:left="792" w:header="259" w:footer="25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Noto Sans CJK SC"/>
        <w:b w:val="0"/>
        <w:color w:val="878791"/>
        <w:sz w:val="13"/>
      </w:rPr>
      <w:t>ChinaVisaMail.com  •  Independent visa document submission service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eastAsia="Noto Sans CJK SC"/>
        <w:b/>
        <w:color w:val="7D7D87"/>
        <w:sz w:val="13"/>
      </w:rPr>
      <w:t>ChinaVisaMail.com  |  M Business Visa Invitation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Noto Sans CJK SC"/>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